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D810EB8" w14:textId="77777777" w:rsidR="00865DF1" w:rsidRDefault="00865DF1" w:rsidP="00865DF1">
      <w:pPr>
        <w:spacing w:after="0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 w:rsidRPr="00865DF1">
        <w:rPr>
          <w:rFonts w:ascii="Times New Roman" w:hAnsi="Times New Roman" w:cs="Times New Roman"/>
          <w:b/>
          <w:bCs/>
          <w:sz w:val="26"/>
          <w:szCs w:val="26"/>
        </w:rPr>
        <w:t>Bản hòa ca tuổi trẻ trên sân trường Nguyễn Đức Thuận</w:t>
      </w:r>
    </w:p>
    <w:p w14:paraId="3799920B" w14:textId="3FF79773" w:rsidR="00AC1FF6" w:rsidRPr="00865DF1" w:rsidRDefault="00923DD3" w:rsidP="00865DF1">
      <w:pPr>
        <w:spacing w:after="0"/>
        <w:ind w:firstLine="720"/>
        <w:jc w:val="both"/>
        <w:rPr>
          <w:rFonts w:ascii="Times New Roman" w:hAnsi="Times New Roman" w:cs="Times New Roman"/>
          <w:sz w:val="26"/>
          <w:szCs w:val="26"/>
        </w:rPr>
      </w:pPr>
      <w:r w:rsidRPr="00865DF1">
        <w:rPr>
          <w:rFonts w:ascii="Times New Roman" w:hAnsi="Times New Roman" w:cs="Times New Roman"/>
          <w:b/>
          <w:bCs/>
          <w:sz w:val="26"/>
          <w:szCs w:val="26"/>
        </w:rPr>
        <w:t xml:space="preserve">9h00 sáng ngày 27/3, </w:t>
      </w:r>
      <w:r>
        <w:rPr>
          <w:rFonts w:ascii="Times New Roman" w:hAnsi="Times New Roman" w:cs="Times New Roman"/>
          <w:b/>
          <w:bCs/>
          <w:sz w:val="26"/>
          <w:szCs w:val="26"/>
        </w:rPr>
        <w:t>gần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r>
        <w:rPr>
          <w:rFonts w:ascii="Times New Roman" w:hAnsi="Times New Roman" w:cs="Times New Roman"/>
          <w:b/>
          <w:bCs/>
          <w:sz w:val="26"/>
          <w:szCs w:val="26"/>
        </w:rPr>
        <w:t>9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00 h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ọ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c sinh Trư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ờ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ng THPT Nguy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ễ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n Đ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ứ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c Thu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ậ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n đã cùng nhau đ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ồ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ng di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ễ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n võ nh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ạ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c Vovinam, t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ạ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o nên m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ộ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t khung c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ả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nh r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ự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c r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ỡ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 xml:space="preserve"> và đ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ầ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y khí th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ế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. Khi ti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ế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ng nh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ạ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c vang lên, t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ừ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ng hàng ngũ b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ắ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t đ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ầ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 xml:space="preserve">u 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chuy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ể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n đ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ộ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ng – d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ứ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t khoát, m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ạ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nh m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ẽ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, chính xác đ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ế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n t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ừ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ng nh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ị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p. Nh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ữ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ng cánh tay vung lên đ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ồ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ng lo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ạ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t, nh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ữ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ng bư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ớ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c chân ch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ạ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m đ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ấ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t vang lên như cùng chung m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ộ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t nh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ị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p đ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ậ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p, bi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ế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n sân trư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ờ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ng quen thu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ộ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c tr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ở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 xml:space="preserve"> thành m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ộ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t “sân kh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ấ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u” s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ố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ng đ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ộ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ng c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ủ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a tu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ổ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i tr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ẻ</w:t>
      </w:r>
      <w:r w:rsidRPr="00865DF1">
        <w:rPr>
          <w:rFonts w:ascii="Times New Roman" w:hAnsi="Times New Roman" w:cs="Times New Roman"/>
          <w:sz w:val="26"/>
          <w:szCs w:val="26"/>
        </w:rPr>
        <w:t>.</w:t>
      </w:r>
    </w:p>
    <w:p w14:paraId="32494955" w14:textId="1FDBB7F6" w:rsidR="00865DF1" w:rsidRDefault="00865DF1" w:rsidP="00865DF1">
      <w:pPr>
        <w:spacing w:after="0"/>
        <w:ind w:firstLine="284"/>
        <w:jc w:val="center"/>
        <w:rPr>
          <w:rFonts w:ascii="Times New Roman" w:hAnsi="Times New Roman" w:cs="Times New Roman"/>
          <w:sz w:val="26"/>
          <w:szCs w:val="26"/>
        </w:rPr>
      </w:pPr>
    </w:p>
    <w:p w14:paraId="6684EA54" w14:textId="0228192B" w:rsidR="00D26BE4" w:rsidRDefault="00D26BE4" w:rsidP="00F74000">
      <w:pPr>
        <w:spacing w:after="0"/>
        <w:ind w:firstLine="284"/>
        <w:rPr>
          <w:rFonts w:ascii="Times New Roman" w:hAnsi="Times New Roman" w:cs="Times New Roman"/>
          <w:i/>
          <w:iCs/>
          <w:sz w:val="26"/>
          <w:szCs w:val="26"/>
        </w:rPr>
      </w:pPr>
      <w:r w:rsidRPr="00D26BE4">
        <w:rPr>
          <w:rFonts w:ascii="Times New Roman" w:hAnsi="Times New Roman" w:cs="Times New Roman"/>
          <w:i/>
          <w:iCs/>
          <w:noProof/>
          <w:sz w:val="26"/>
          <w:szCs w:val="26"/>
        </w:rPr>
        <w:drawing>
          <wp:inline distT="0" distB="0" distL="0" distR="0" wp14:anchorId="714A3A75" wp14:editId="2DF8BFA4">
            <wp:extent cx="5760000" cy="4474083"/>
            <wp:effectExtent l="0" t="0" r="0" b="3175"/>
            <wp:docPr id="10551496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474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E09A48" w14:textId="4110B107" w:rsidR="00F74000" w:rsidRDefault="00F74000" w:rsidP="00865DF1">
      <w:pPr>
        <w:spacing w:after="0"/>
        <w:ind w:firstLine="284"/>
        <w:jc w:val="center"/>
        <w:rPr>
          <w:rFonts w:ascii="Times New Roman" w:hAnsi="Times New Roman" w:cs="Times New Roman"/>
          <w:i/>
          <w:iCs/>
          <w:sz w:val="26"/>
          <w:szCs w:val="26"/>
        </w:rPr>
      </w:pPr>
      <w:r>
        <w:rPr>
          <w:noProof/>
        </w:rPr>
        <mc:AlternateContent>
          <mc:Choice Requires="wps">
            <w:drawing>
              <wp:inline distT="0" distB="0" distL="0" distR="0" wp14:anchorId="0CA96501" wp14:editId="6ED6CA02">
                <wp:extent cx="304800" cy="304800"/>
                <wp:effectExtent l="0" t="0" r="0" b="0"/>
                <wp:docPr id="418062531" name="Rectangle 1" descr="Generated image: Students in coordinated morning exercise routin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BBE892E" id="Rectangle 1" o:spid="_x0000_s1026" alt="Generated image: Students in coordinated morning exercise routin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23A679E8" w14:textId="3FE5AB0D" w:rsidR="00865DF1" w:rsidRPr="007F79A8" w:rsidRDefault="00EF5939" w:rsidP="001831E9">
      <w:pPr>
        <w:spacing w:after="0"/>
        <w:ind w:firstLine="284"/>
        <w:jc w:val="center"/>
        <w:rPr>
          <w:rFonts w:ascii="Times New Roman" w:hAnsi="Times New Roman" w:cs="Times New Roman"/>
          <w:i/>
          <w:iCs/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4AD6EEF5" wp14:editId="788A783E">
            <wp:extent cx="5834130" cy="4679315"/>
            <wp:effectExtent l="0" t="0" r="0" b="6985"/>
            <wp:docPr id="35481943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1019" cy="4692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9A0DBD" wp14:editId="35EC418F">
            <wp:extent cx="5885645" cy="4591050"/>
            <wp:effectExtent l="0" t="0" r="1270" b="0"/>
            <wp:docPr id="10819503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6671" cy="4615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5DF1" w:rsidRPr="007F79A8">
        <w:rPr>
          <w:rFonts w:ascii="Times New Roman" w:hAnsi="Times New Roman" w:cs="Times New Roman"/>
          <w:i/>
          <w:iCs/>
          <w:sz w:val="26"/>
          <w:szCs w:val="26"/>
        </w:rPr>
        <w:t>Học sinh trường THPT Nguyễn Đức Thuận đồng diễn võ nhạc vovinam</w:t>
      </w:r>
    </w:p>
    <w:p w14:paraId="0DDF1A73" w14:textId="44407543" w:rsidR="00AC1FF6" w:rsidRPr="00865DF1" w:rsidRDefault="00923DD3" w:rsidP="00865DF1">
      <w:pPr>
        <w:spacing w:after="0"/>
        <w:ind w:firstLine="720"/>
        <w:jc w:val="both"/>
        <w:rPr>
          <w:rFonts w:ascii="Times New Roman" w:hAnsi="Times New Roman" w:cs="Times New Roman"/>
          <w:sz w:val="26"/>
          <w:szCs w:val="26"/>
        </w:rPr>
      </w:pPr>
      <w:r w:rsidRPr="00865DF1">
        <w:rPr>
          <w:rFonts w:ascii="Times New Roman" w:hAnsi="Times New Roman" w:cs="Times New Roman"/>
          <w:sz w:val="26"/>
          <w:szCs w:val="26"/>
        </w:rPr>
        <w:t>Ra đ</w:t>
      </w:r>
      <w:r w:rsidRPr="00865DF1">
        <w:rPr>
          <w:rFonts w:ascii="Times New Roman" w:hAnsi="Times New Roman" w:cs="Times New Roman"/>
          <w:sz w:val="26"/>
          <w:szCs w:val="26"/>
        </w:rPr>
        <w:t>ờ</w:t>
      </w:r>
      <w:r w:rsidRPr="00865DF1">
        <w:rPr>
          <w:rFonts w:ascii="Times New Roman" w:hAnsi="Times New Roman" w:cs="Times New Roman"/>
          <w:sz w:val="26"/>
          <w:szCs w:val="26"/>
        </w:rPr>
        <w:t>i t</w:t>
      </w:r>
      <w:r w:rsidRPr="00865DF1">
        <w:rPr>
          <w:rFonts w:ascii="Times New Roman" w:hAnsi="Times New Roman" w:cs="Times New Roman"/>
          <w:sz w:val="26"/>
          <w:szCs w:val="26"/>
        </w:rPr>
        <w:t>ừ</w:t>
      </w:r>
      <w:r w:rsidRPr="00865DF1">
        <w:rPr>
          <w:rFonts w:ascii="Times New Roman" w:hAnsi="Times New Roman" w:cs="Times New Roman"/>
          <w:sz w:val="26"/>
          <w:szCs w:val="26"/>
        </w:rPr>
        <w:t xml:space="preserve"> năm 1936, Vovinam (Vi</w:t>
      </w:r>
      <w:r w:rsidRPr="00865DF1">
        <w:rPr>
          <w:rFonts w:ascii="Times New Roman" w:hAnsi="Times New Roman" w:cs="Times New Roman"/>
          <w:sz w:val="26"/>
          <w:szCs w:val="26"/>
        </w:rPr>
        <w:t>ệ</w:t>
      </w:r>
      <w:r w:rsidRPr="00865DF1">
        <w:rPr>
          <w:rFonts w:ascii="Times New Roman" w:hAnsi="Times New Roman" w:cs="Times New Roman"/>
          <w:sz w:val="26"/>
          <w:szCs w:val="26"/>
        </w:rPr>
        <w:t>t Võ Đ</w:t>
      </w:r>
      <w:r w:rsidRPr="00865DF1">
        <w:rPr>
          <w:rFonts w:ascii="Times New Roman" w:hAnsi="Times New Roman" w:cs="Times New Roman"/>
          <w:sz w:val="26"/>
          <w:szCs w:val="26"/>
        </w:rPr>
        <w:t>ạ</w:t>
      </w:r>
      <w:r w:rsidRPr="00865DF1">
        <w:rPr>
          <w:rFonts w:ascii="Times New Roman" w:hAnsi="Times New Roman" w:cs="Times New Roman"/>
          <w:sz w:val="26"/>
          <w:szCs w:val="26"/>
        </w:rPr>
        <w:t>o) là môn phái võ thu</w:t>
      </w:r>
      <w:r w:rsidRPr="00865DF1">
        <w:rPr>
          <w:rFonts w:ascii="Times New Roman" w:hAnsi="Times New Roman" w:cs="Times New Roman"/>
          <w:sz w:val="26"/>
          <w:szCs w:val="26"/>
        </w:rPr>
        <w:t>ậ</w:t>
      </w:r>
      <w:r w:rsidRPr="00865DF1">
        <w:rPr>
          <w:rFonts w:ascii="Times New Roman" w:hAnsi="Times New Roman" w:cs="Times New Roman"/>
          <w:sz w:val="26"/>
          <w:szCs w:val="26"/>
        </w:rPr>
        <w:t>t tiêu bi</w:t>
      </w:r>
      <w:r w:rsidRPr="00865DF1">
        <w:rPr>
          <w:rFonts w:ascii="Times New Roman" w:hAnsi="Times New Roman" w:cs="Times New Roman"/>
          <w:sz w:val="26"/>
          <w:szCs w:val="26"/>
        </w:rPr>
        <w:t>ể</w:t>
      </w:r>
      <w:r w:rsidRPr="00865DF1">
        <w:rPr>
          <w:rFonts w:ascii="Times New Roman" w:hAnsi="Times New Roman" w:cs="Times New Roman"/>
          <w:sz w:val="26"/>
          <w:szCs w:val="26"/>
        </w:rPr>
        <w:t>u c</w:t>
      </w:r>
      <w:r w:rsidRPr="00865DF1">
        <w:rPr>
          <w:rFonts w:ascii="Times New Roman" w:hAnsi="Times New Roman" w:cs="Times New Roman"/>
          <w:sz w:val="26"/>
          <w:szCs w:val="26"/>
        </w:rPr>
        <w:t>ủ</w:t>
      </w:r>
      <w:r w:rsidRPr="00865DF1">
        <w:rPr>
          <w:rFonts w:ascii="Times New Roman" w:hAnsi="Times New Roman" w:cs="Times New Roman"/>
          <w:sz w:val="26"/>
          <w:szCs w:val="26"/>
        </w:rPr>
        <w:t>a Vi</w:t>
      </w:r>
      <w:r w:rsidRPr="00865DF1">
        <w:rPr>
          <w:rFonts w:ascii="Times New Roman" w:hAnsi="Times New Roman" w:cs="Times New Roman"/>
          <w:sz w:val="26"/>
          <w:szCs w:val="26"/>
        </w:rPr>
        <w:t>ệ</w:t>
      </w:r>
      <w:r w:rsidRPr="00865DF1">
        <w:rPr>
          <w:rFonts w:ascii="Times New Roman" w:hAnsi="Times New Roman" w:cs="Times New Roman"/>
          <w:sz w:val="26"/>
          <w:szCs w:val="26"/>
        </w:rPr>
        <w:t>t Nam, không ch</w:t>
      </w:r>
      <w:r w:rsidRPr="00865DF1">
        <w:rPr>
          <w:rFonts w:ascii="Times New Roman" w:hAnsi="Times New Roman" w:cs="Times New Roman"/>
          <w:sz w:val="26"/>
          <w:szCs w:val="26"/>
        </w:rPr>
        <w:t>ỉ</w:t>
      </w:r>
      <w:r w:rsidRPr="00865DF1">
        <w:rPr>
          <w:rFonts w:ascii="Times New Roman" w:hAnsi="Times New Roman" w:cs="Times New Roman"/>
          <w:sz w:val="26"/>
          <w:szCs w:val="26"/>
        </w:rPr>
        <w:t xml:space="preserve"> thu hút ngư</w:t>
      </w:r>
      <w:r w:rsidRPr="00865DF1">
        <w:rPr>
          <w:rFonts w:ascii="Times New Roman" w:hAnsi="Times New Roman" w:cs="Times New Roman"/>
          <w:sz w:val="26"/>
          <w:szCs w:val="26"/>
        </w:rPr>
        <w:t>ờ</w:t>
      </w:r>
      <w:r w:rsidRPr="00865DF1">
        <w:rPr>
          <w:rFonts w:ascii="Times New Roman" w:hAnsi="Times New Roman" w:cs="Times New Roman"/>
          <w:sz w:val="26"/>
          <w:szCs w:val="26"/>
        </w:rPr>
        <w:t>i t</w:t>
      </w:r>
      <w:r w:rsidRPr="00865DF1">
        <w:rPr>
          <w:rFonts w:ascii="Times New Roman" w:hAnsi="Times New Roman" w:cs="Times New Roman"/>
          <w:sz w:val="26"/>
          <w:szCs w:val="26"/>
        </w:rPr>
        <w:t>ậ</w:t>
      </w:r>
      <w:r w:rsidRPr="00865DF1">
        <w:rPr>
          <w:rFonts w:ascii="Times New Roman" w:hAnsi="Times New Roman" w:cs="Times New Roman"/>
          <w:sz w:val="26"/>
          <w:szCs w:val="26"/>
        </w:rPr>
        <w:t>p b</w:t>
      </w:r>
      <w:r w:rsidRPr="00865DF1">
        <w:rPr>
          <w:rFonts w:ascii="Times New Roman" w:hAnsi="Times New Roman" w:cs="Times New Roman"/>
          <w:sz w:val="26"/>
          <w:szCs w:val="26"/>
        </w:rPr>
        <w:t>ở</w:t>
      </w:r>
      <w:r w:rsidRPr="00865DF1">
        <w:rPr>
          <w:rFonts w:ascii="Times New Roman" w:hAnsi="Times New Roman" w:cs="Times New Roman"/>
          <w:sz w:val="26"/>
          <w:szCs w:val="26"/>
        </w:rPr>
        <w:t>i nh</w:t>
      </w:r>
      <w:r w:rsidRPr="00865DF1">
        <w:rPr>
          <w:rFonts w:ascii="Times New Roman" w:hAnsi="Times New Roman" w:cs="Times New Roman"/>
          <w:sz w:val="26"/>
          <w:szCs w:val="26"/>
        </w:rPr>
        <w:t>ữ</w:t>
      </w:r>
      <w:r w:rsidRPr="00865DF1">
        <w:rPr>
          <w:rFonts w:ascii="Times New Roman" w:hAnsi="Times New Roman" w:cs="Times New Roman"/>
          <w:sz w:val="26"/>
          <w:szCs w:val="26"/>
        </w:rPr>
        <w:t>ng đư</w:t>
      </w:r>
      <w:r w:rsidRPr="00865DF1">
        <w:rPr>
          <w:rFonts w:ascii="Times New Roman" w:hAnsi="Times New Roman" w:cs="Times New Roman"/>
          <w:sz w:val="26"/>
          <w:szCs w:val="26"/>
        </w:rPr>
        <w:t>ờ</w:t>
      </w:r>
      <w:r w:rsidRPr="00865DF1">
        <w:rPr>
          <w:rFonts w:ascii="Times New Roman" w:hAnsi="Times New Roman" w:cs="Times New Roman"/>
          <w:sz w:val="26"/>
          <w:szCs w:val="26"/>
        </w:rPr>
        <w:t>ng quy</w:t>
      </w:r>
      <w:r w:rsidRPr="00865DF1">
        <w:rPr>
          <w:rFonts w:ascii="Times New Roman" w:hAnsi="Times New Roman" w:cs="Times New Roman"/>
          <w:sz w:val="26"/>
          <w:szCs w:val="26"/>
        </w:rPr>
        <w:t>ề</w:t>
      </w:r>
      <w:r w:rsidRPr="00865DF1">
        <w:rPr>
          <w:rFonts w:ascii="Times New Roman" w:hAnsi="Times New Roman" w:cs="Times New Roman"/>
          <w:sz w:val="26"/>
          <w:szCs w:val="26"/>
        </w:rPr>
        <w:t>n uy</w:t>
      </w:r>
      <w:r w:rsidRPr="00865DF1">
        <w:rPr>
          <w:rFonts w:ascii="Times New Roman" w:hAnsi="Times New Roman" w:cs="Times New Roman"/>
          <w:sz w:val="26"/>
          <w:szCs w:val="26"/>
        </w:rPr>
        <w:t>ể</w:t>
      </w:r>
      <w:r w:rsidRPr="00865DF1">
        <w:rPr>
          <w:rFonts w:ascii="Times New Roman" w:hAnsi="Times New Roman" w:cs="Times New Roman"/>
          <w:sz w:val="26"/>
          <w:szCs w:val="26"/>
        </w:rPr>
        <w:t>n chuy</w:t>
      </w:r>
      <w:r w:rsidRPr="00865DF1">
        <w:rPr>
          <w:rFonts w:ascii="Times New Roman" w:hAnsi="Times New Roman" w:cs="Times New Roman"/>
          <w:sz w:val="26"/>
          <w:szCs w:val="26"/>
        </w:rPr>
        <w:t>ể</w:t>
      </w:r>
      <w:r w:rsidRPr="00865DF1">
        <w:rPr>
          <w:rFonts w:ascii="Times New Roman" w:hAnsi="Times New Roman" w:cs="Times New Roman"/>
          <w:sz w:val="26"/>
          <w:szCs w:val="26"/>
        </w:rPr>
        <w:t>n, đ</w:t>
      </w:r>
      <w:r w:rsidRPr="00865DF1">
        <w:rPr>
          <w:rFonts w:ascii="Times New Roman" w:hAnsi="Times New Roman" w:cs="Times New Roman"/>
          <w:sz w:val="26"/>
          <w:szCs w:val="26"/>
        </w:rPr>
        <w:t>ẹ</w:t>
      </w:r>
      <w:r w:rsidRPr="00865DF1">
        <w:rPr>
          <w:rFonts w:ascii="Times New Roman" w:hAnsi="Times New Roman" w:cs="Times New Roman"/>
          <w:sz w:val="26"/>
          <w:szCs w:val="26"/>
        </w:rPr>
        <w:t>p m</w:t>
      </w:r>
      <w:r w:rsidRPr="00865DF1">
        <w:rPr>
          <w:rFonts w:ascii="Times New Roman" w:hAnsi="Times New Roman" w:cs="Times New Roman"/>
          <w:sz w:val="26"/>
          <w:szCs w:val="26"/>
        </w:rPr>
        <w:t>ắ</w:t>
      </w:r>
      <w:r w:rsidRPr="00865DF1">
        <w:rPr>
          <w:rFonts w:ascii="Times New Roman" w:hAnsi="Times New Roman" w:cs="Times New Roman"/>
          <w:sz w:val="26"/>
          <w:szCs w:val="26"/>
        </w:rPr>
        <w:t>t mà còn b</w:t>
      </w:r>
      <w:r w:rsidRPr="00865DF1">
        <w:rPr>
          <w:rFonts w:ascii="Times New Roman" w:hAnsi="Times New Roman" w:cs="Times New Roman"/>
          <w:sz w:val="26"/>
          <w:szCs w:val="26"/>
        </w:rPr>
        <w:t>ở</w:t>
      </w:r>
      <w:r w:rsidRPr="00865DF1">
        <w:rPr>
          <w:rFonts w:ascii="Times New Roman" w:hAnsi="Times New Roman" w:cs="Times New Roman"/>
          <w:sz w:val="26"/>
          <w:szCs w:val="26"/>
        </w:rPr>
        <w:t>i tri</w:t>
      </w:r>
      <w:r w:rsidRPr="00865DF1">
        <w:rPr>
          <w:rFonts w:ascii="Times New Roman" w:hAnsi="Times New Roman" w:cs="Times New Roman"/>
          <w:sz w:val="26"/>
          <w:szCs w:val="26"/>
        </w:rPr>
        <w:t>ế</w:t>
      </w:r>
      <w:r w:rsidRPr="00865DF1">
        <w:rPr>
          <w:rFonts w:ascii="Times New Roman" w:hAnsi="Times New Roman" w:cs="Times New Roman"/>
          <w:sz w:val="26"/>
          <w:szCs w:val="26"/>
        </w:rPr>
        <w:t>t lý s</w:t>
      </w:r>
      <w:r w:rsidRPr="00865DF1">
        <w:rPr>
          <w:rFonts w:ascii="Times New Roman" w:hAnsi="Times New Roman" w:cs="Times New Roman"/>
          <w:sz w:val="26"/>
          <w:szCs w:val="26"/>
        </w:rPr>
        <w:t>ố</w:t>
      </w:r>
      <w:r w:rsidRPr="00865DF1">
        <w:rPr>
          <w:rFonts w:ascii="Times New Roman" w:hAnsi="Times New Roman" w:cs="Times New Roman"/>
          <w:sz w:val="26"/>
          <w:szCs w:val="26"/>
        </w:rPr>
        <w:t>ng sâu s</w:t>
      </w:r>
      <w:r w:rsidRPr="00865DF1">
        <w:rPr>
          <w:rFonts w:ascii="Times New Roman" w:hAnsi="Times New Roman" w:cs="Times New Roman"/>
          <w:sz w:val="26"/>
          <w:szCs w:val="26"/>
        </w:rPr>
        <w:t>ắ</w:t>
      </w:r>
      <w:r w:rsidRPr="00865DF1">
        <w:rPr>
          <w:rFonts w:ascii="Times New Roman" w:hAnsi="Times New Roman" w:cs="Times New Roman"/>
          <w:sz w:val="26"/>
          <w:szCs w:val="26"/>
        </w:rPr>
        <w:t>c, th</w:t>
      </w:r>
      <w:r w:rsidRPr="00865DF1">
        <w:rPr>
          <w:rFonts w:ascii="Times New Roman" w:hAnsi="Times New Roman" w:cs="Times New Roman"/>
          <w:sz w:val="26"/>
          <w:szCs w:val="26"/>
        </w:rPr>
        <w:t>ấ</w:t>
      </w:r>
      <w:r w:rsidRPr="00865DF1">
        <w:rPr>
          <w:rFonts w:ascii="Times New Roman" w:hAnsi="Times New Roman" w:cs="Times New Roman"/>
          <w:sz w:val="26"/>
          <w:szCs w:val="26"/>
        </w:rPr>
        <w:t>m đ</w:t>
      </w:r>
      <w:r w:rsidRPr="00865DF1">
        <w:rPr>
          <w:rFonts w:ascii="Times New Roman" w:hAnsi="Times New Roman" w:cs="Times New Roman"/>
          <w:sz w:val="26"/>
          <w:szCs w:val="26"/>
        </w:rPr>
        <w:t>ẫ</w:t>
      </w:r>
      <w:r w:rsidRPr="00865DF1">
        <w:rPr>
          <w:rFonts w:ascii="Times New Roman" w:hAnsi="Times New Roman" w:cs="Times New Roman"/>
          <w:sz w:val="26"/>
          <w:szCs w:val="26"/>
        </w:rPr>
        <w:t>m b</w:t>
      </w:r>
      <w:r w:rsidRPr="00865DF1">
        <w:rPr>
          <w:rFonts w:ascii="Times New Roman" w:hAnsi="Times New Roman" w:cs="Times New Roman"/>
          <w:sz w:val="26"/>
          <w:szCs w:val="26"/>
        </w:rPr>
        <w:t>ả</w:t>
      </w:r>
      <w:r w:rsidRPr="00865DF1">
        <w:rPr>
          <w:rFonts w:ascii="Times New Roman" w:hAnsi="Times New Roman" w:cs="Times New Roman"/>
          <w:sz w:val="26"/>
          <w:szCs w:val="26"/>
        </w:rPr>
        <w:t>n s</w:t>
      </w:r>
      <w:r w:rsidRPr="00865DF1">
        <w:rPr>
          <w:rFonts w:ascii="Times New Roman" w:hAnsi="Times New Roman" w:cs="Times New Roman"/>
          <w:sz w:val="26"/>
          <w:szCs w:val="26"/>
        </w:rPr>
        <w:t>ắ</w:t>
      </w:r>
      <w:r w:rsidRPr="00865DF1">
        <w:rPr>
          <w:rFonts w:ascii="Times New Roman" w:hAnsi="Times New Roman" w:cs="Times New Roman"/>
          <w:sz w:val="26"/>
          <w:szCs w:val="26"/>
        </w:rPr>
        <w:t>c</w:t>
      </w:r>
      <w:r w:rsidRPr="00865DF1">
        <w:rPr>
          <w:rFonts w:ascii="Times New Roman" w:hAnsi="Times New Roman" w:cs="Times New Roman"/>
          <w:sz w:val="26"/>
          <w:szCs w:val="26"/>
        </w:rPr>
        <w:t xml:space="preserve"> văn hóa dân t</w:t>
      </w:r>
      <w:r w:rsidRPr="00865DF1">
        <w:rPr>
          <w:rFonts w:ascii="Times New Roman" w:hAnsi="Times New Roman" w:cs="Times New Roman"/>
          <w:sz w:val="26"/>
          <w:szCs w:val="26"/>
        </w:rPr>
        <w:t>ộ</w:t>
      </w:r>
      <w:r w:rsidRPr="00865DF1">
        <w:rPr>
          <w:rFonts w:ascii="Times New Roman" w:hAnsi="Times New Roman" w:cs="Times New Roman"/>
          <w:sz w:val="26"/>
          <w:szCs w:val="26"/>
        </w:rPr>
        <w:t>c. Tr</w:t>
      </w:r>
      <w:r w:rsidRPr="00865DF1">
        <w:rPr>
          <w:rFonts w:ascii="Times New Roman" w:hAnsi="Times New Roman" w:cs="Times New Roman"/>
          <w:sz w:val="26"/>
          <w:szCs w:val="26"/>
        </w:rPr>
        <w:t>ả</w:t>
      </w:r>
      <w:r w:rsidRPr="00865DF1">
        <w:rPr>
          <w:rFonts w:ascii="Times New Roman" w:hAnsi="Times New Roman" w:cs="Times New Roman"/>
          <w:sz w:val="26"/>
          <w:szCs w:val="26"/>
        </w:rPr>
        <w:t>i qua quá trình hình thành và phát tri</w:t>
      </w:r>
      <w:r w:rsidRPr="00865DF1">
        <w:rPr>
          <w:rFonts w:ascii="Times New Roman" w:hAnsi="Times New Roman" w:cs="Times New Roman"/>
          <w:sz w:val="26"/>
          <w:szCs w:val="26"/>
        </w:rPr>
        <w:t>ể</w:t>
      </w:r>
      <w:r w:rsidRPr="00865DF1">
        <w:rPr>
          <w:rFonts w:ascii="Times New Roman" w:hAnsi="Times New Roman" w:cs="Times New Roman"/>
          <w:sz w:val="26"/>
          <w:szCs w:val="26"/>
        </w:rPr>
        <w:t>n, Vovinam đã kh</w:t>
      </w:r>
      <w:r w:rsidRPr="00865DF1">
        <w:rPr>
          <w:rFonts w:ascii="Times New Roman" w:hAnsi="Times New Roman" w:cs="Times New Roman"/>
          <w:sz w:val="26"/>
          <w:szCs w:val="26"/>
        </w:rPr>
        <w:t>ẳ</w:t>
      </w:r>
      <w:r w:rsidRPr="00865DF1">
        <w:rPr>
          <w:rFonts w:ascii="Times New Roman" w:hAnsi="Times New Roman" w:cs="Times New Roman"/>
          <w:sz w:val="26"/>
          <w:szCs w:val="26"/>
        </w:rPr>
        <w:t>ng đ</w:t>
      </w:r>
      <w:r w:rsidRPr="00865DF1">
        <w:rPr>
          <w:rFonts w:ascii="Times New Roman" w:hAnsi="Times New Roman" w:cs="Times New Roman"/>
          <w:sz w:val="26"/>
          <w:szCs w:val="26"/>
        </w:rPr>
        <w:t>ị</w:t>
      </w:r>
      <w:r w:rsidRPr="00865DF1">
        <w:rPr>
          <w:rFonts w:ascii="Times New Roman" w:hAnsi="Times New Roman" w:cs="Times New Roman"/>
          <w:sz w:val="26"/>
          <w:szCs w:val="26"/>
        </w:rPr>
        <w:t>nh v</w:t>
      </w:r>
      <w:r w:rsidRPr="00865DF1">
        <w:rPr>
          <w:rFonts w:ascii="Times New Roman" w:hAnsi="Times New Roman" w:cs="Times New Roman"/>
          <w:sz w:val="26"/>
          <w:szCs w:val="26"/>
        </w:rPr>
        <w:t>ị</w:t>
      </w:r>
      <w:r w:rsidRPr="00865DF1">
        <w:rPr>
          <w:rFonts w:ascii="Times New Roman" w:hAnsi="Times New Roman" w:cs="Times New Roman"/>
          <w:sz w:val="26"/>
          <w:szCs w:val="26"/>
        </w:rPr>
        <w:t xml:space="preserve"> th</w:t>
      </w:r>
      <w:r w:rsidRPr="00865DF1">
        <w:rPr>
          <w:rFonts w:ascii="Times New Roman" w:hAnsi="Times New Roman" w:cs="Times New Roman"/>
          <w:sz w:val="26"/>
          <w:szCs w:val="26"/>
        </w:rPr>
        <w:t>ế</w:t>
      </w:r>
      <w:r w:rsidRPr="00865DF1">
        <w:rPr>
          <w:rFonts w:ascii="Times New Roman" w:hAnsi="Times New Roman" w:cs="Times New Roman"/>
          <w:sz w:val="26"/>
          <w:szCs w:val="26"/>
        </w:rPr>
        <w:t xml:space="preserve"> là m</w:t>
      </w:r>
      <w:r w:rsidRPr="00865DF1">
        <w:rPr>
          <w:rFonts w:ascii="Times New Roman" w:hAnsi="Times New Roman" w:cs="Times New Roman"/>
          <w:sz w:val="26"/>
          <w:szCs w:val="26"/>
        </w:rPr>
        <w:t>ộ</w:t>
      </w:r>
      <w:r w:rsidRPr="00865DF1">
        <w:rPr>
          <w:rFonts w:ascii="Times New Roman" w:hAnsi="Times New Roman" w:cs="Times New Roman"/>
          <w:sz w:val="26"/>
          <w:szCs w:val="26"/>
        </w:rPr>
        <w:t>t bi</w:t>
      </w:r>
      <w:r w:rsidRPr="00865DF1">
        <w:rPr>
          <w:rFonts w:ascii="Times New Roman" w:hAnsi="Times New Roman" w:cs="Times New Roman"/>
          <w:sz w:val="26"/>
          <w:szCs w:val="26"/>
        </w:rPr>
        <w:t>ể</w:t>
      </w:r>
      <w:r w:rsidRPr="00865DF1">
        <w:rPr>
          <w:rFonts w:ascii="Times New Roman" w:hAnsi="Times New Roman" w:cs="Times New Roman"/>
          <w:sz w:val="26"/>
          <w:szCs w:val="26"/>
        </w:rPr>
        <w:t>u tư</w:t>
      </w:r>
      <w:r w:rsidRPr="00865DF1">
        <w:rPr>
          <w:rFonts w:ascii="Times New Roman" w:hAnsi="Times New Roman" w:cs="Times New Roman"/>
          <w:sz w:val="26"/>
          <w:szCs w:val="26"/>
        </w:rPr>
        <w:t>ợ</w:t>
      </w:r>
      <w:r w:rsidRPr="00865DF1">
        <w:rPr>
          <w:rFonts w:ascii="Times New Roman" w:hAnsi="Times New Roman" w:cs="Times New Roman"/>
          <w:sz w:val="26"/>
          <w:szCs w:val="26"/>
        </w:rPr>
        <w:t>ng c</w:t>
      </w:r>
      <w:r w:rsidRPr="00865DF1">
        <w:rPr>
          <w:rFonts w:ascii="Times New Roman" w:hAnsi="Times New Roman" w:cs="Times New Roman"/>
          <w:sz w:val="26"/>
          <w:szCs w:val="26"/>
        </w:rPr>
        <w:t>ủ</w:t>
      </w:r>
      <w:r w:rsidRPr="00865DF1">
        <w:rPr>
          <w:rFonts w:ascii="Times New Roman" w:hAnsi="Times New Roman" w:cs="Times New Roman"/>
          <w:sz w:val="26"/>
          <w:szCs w:val="26"/>
        </w:rPr>
        <w:t>a tinh th</w:t>
      </w:r>
      <w:r w:rsidRPr="00865DF1">
        <w:rPr>
          <w:rFonts w:ascii="Times New Roman" w:hAnsi="Times New Roman" w:cs="Times New Roman"/>
          <w:sz w:val="26"/>
          <w:szCs w:val="26"/>
        </w:rPr>
        <w:t>ầ</w:t>
      </w:r>
      <w:r w:rsidRPr="00865DF1">
        <w:rPr>
          <w:rFonts w:ascii="Times New Roman" w:hAnsi="Times New Roman" w:cs="Times New Roman"/>
          <w:sz w:val="26"/>
          <w:szCs w:val="26"/>
        </w:rPr>
        <w:t>n thư</w:t>
      </w:r>
      <w:r w:rsidRPr="00865DF1">
        <w:rPr>
          <w:rFonts w:ascii="Times New Roman" w:hAnsi="Times New Roman" w:cs="Times New Roman"/>
          <w:sz w:val="26"/>
          <w:szCs w:val="26"/>
        </w:rPr>
        <w:t>ợ</w:t>
      </w:r>
      <w:r w:rsidRPr="00865DF1">
        <w:rPr>
          <w:rFonts w:ascii="Times New Roman" w:hAnsi="Times New Roman" w:cs="Times New Roman"/>
          <w:sz w:val="26"/>
          <w:szCs w:val="26"/>
        </w:rPr>
        <w:t>ng võ và ý chí kiên cư</w:t>
      </w:r>
      <w:r w:rsidRPr="00865DF1">
        <w:rPr>
          <w:rFonts w:ascii="Times New Roman" w:hAnsi="Times New Roman" w:cs="Times New Roman"/>
          <w:sz w:val="26"/>
          <w:szCs w:val="26"/>
        </w:rPr>
        <w:t>ờ</w:t>
      </w:r>
      <w:r w:rsidRPr="00865DF1">
        <w:rPr>
          <w:rFonts w:ascii="Times New Roman" w:hAnsi="Times New Roman" w:cs="Times New Roman"/>
          <w:sz w:val="26"/>
          <w:szCs w:val="26"/>
        </w:rPr>
        <w:t>ng c</w:t>
      </w:r>
      <w:r w:rsidRPr="00865DF1">
        <w:rPr>
          <w:rFonts w:ascii="Times New Roman" w:hAnsi="Times New Roman" w:cs="Times New Roman"/>
          <w:sz w:val="26"/>
          <w:szCs w:val="26"/>
        </w:rPr>
        <w:t>ủ</w:t>
      </w:r>
      <w:r w:rsidRPr="00865DF1">
        <w:rPr>
          <w:rFonts w:ascii="Times New Roman" w:hAnsi="Times New Roman" w:cs="Times New Roman"/>
          <w:sz w:val="26"/>
          <w:szCs w:val="26"/>
        </w:rPr>
        <w:t>a ngư</w:t>
      </w:r>
      <w:r w:rsidRPr="00865DF1">
        <w:rPr>
          <w:rFonts w:ascii="Times New Roman" w:hAnsi="Times New Roman" w:cs="Times New Roman"/>
          <w:sz w:val="26"/>
          <w:szCs w:val="26"/>
        </w:rPr>
        <w:t>ờ</w:t>
      </w:r>
      <w:r w:rsidRPr="00865DF1">
        <w:rPr>
          <w:rFonts w:ascii="Times New Roman" w:hAnsi="Times New Roman" w:cs="Times New Roman"/>
          <w:sz w:val="26"/>
          <w:szCs w:val="26"/>
        </w:rPr>
        <w:t>i Vi</w:t>
      </w:r>
      <w:r w:rsidRPr="00865DF1">
        <w:rPr>
          <w:rFonts w:ascii="Times New Roman" w:hAnsi="Times New Roman" w:cs="Times New Roman"/>
          <w:sz w:val="26"/>
          <w:szCs w:val="26"/>
        </w:rPr>
        <w:t>ệ</w:t>
      </w:r>
      <w:r w:rsidRPr="00865DF1">
        <w:rPr>
          <w:rFonts w:ascii="Times New Roman" w:hAnsi="Times New Roman" w:cs="Times New Roman"/>
          <w:sz w:val="26"/>
          <w:szCs w:val="26"/>
        </w:rPr>
        <w:t>t. Nh</w:t>
      </w:r>
      <w:r w:rsidRPr="00865DF1">
        <w:rPr>
          <w:rFonts w:ascii="Times New Roman" w:hAnsi="Times New Roman" w:cs="Times New Roman"/>
          <w:sz w:val="26"/>
          <w:szCs w:val="26"/>
        </w:rPr>
        <w:t>ằ</w:t>
      </w:r>
      <w:r w:rsidRPr="00865DF1">
        <w:rPr>
          <w:rFonts w:ascii="Times New Roman" w:hAnsi="Times New Roman" w:cs="Times New Roman"/>
          <w:sz w:val="26"/>
          <w:szCs w:val="26"/>
        </w:rPr>
        <w:t>m phát huy tinh th</w:t>
      </w:r>
      <w:r w:rsidRPr="00865DF1">
        <w:rPr>
          <w:rFonts w:ascii="Times New Roman" w:hAnsi="Times New Roman" w:cs="Times New Roman"/>
          <w:sz w:val="26"/>
          <w:szCs w:val="26"/>
        </w:rPr>
        <w:t>ầ</w:t>
      </w:r>
      <w:r w:rsidRPr="00865DF1">
        <w:rPr>
          <w:rFonts w:ascii="Times New Roman" w:hAnsi="Times New Roman" w:cs="Times New Roman"/>
          <w:sz w:val="26"/>
          <w:szCs w:val="26"/>
        </w:rPr>
        <w:t xml:space="preserve">n </w:t>
      </w:r>
      <w:r w:rsidRPr="00865DF1">
        <w:rPr>
          <w:rFonts w:ascii="Times New Roman" w:hAnsi="Times New Roman" w:cs="Times New Roman"/>
          <w:sz w:val="26"/>
          <w:szCs w:val="26"/>
        </w:rPr>
        <w:t>ấ</w:t>
      </w:r>
      <w:r w:rsidRPr="00865DF1">
        <w:rPr>
          <w:rFonts w:ascii="Times New Roman" w:hAnsi="Times New Roman" w:cs="Times New Roman"/>
          <w:sz w:val="26"/>
          <w:szCs w:val="26"/>
        </w:rPr>
        <w:t>y trong môi trư</w:t>
      </w:r>
      <w:r w:rsidRPr="00865DF1">
        <w:rPr>
          <w:rFonts w:ascii="Times New Roman" w:hAnsi="Times New Roman" w:cs="Times New Roman"/>
          <w:sz w:val="26"/>
          <w:szCs w:val="26"/>
        </w:rPr>
        <w:t>ờ</w:t>
      </w:r>
      <w:r w:rsidRPr="00865DF1">
        <w:rPr>
          <w:rFonts w:ascii="Times New Roman" w:hAnsi="Times New Roman" w:cs="Times New Roman"/>
          <w:sz w:val="26"/>
          <w:szCs w:val="26"/>
        </w:rPr>
        <w:t>ng h</w:t>
      </w:r>
      <w:r w:rsidRPr="00865DF1">
        <w:rPr>
          <w:rFonts w:ascii="Times New Roman" w:hAnsi="Times New Roman" w:cs="Times New Roman"/>
          <w:sz w:val="26"/>
          <w:szCs w:val="26"/>
        </w:rPr>
        <w:t>ọ</w:t>
      </w:r>
      <w:r w:rsidRPr="00865DF1">
        <w:rPr>
          <w:rFonts w:ascii="Times New Roman" w:hAnsi="Times New Roman" w:cs="Times New Roman"/>
          <w:sz w:val="26"/>
          <w:szCs w:val="26"/>
        </w:rPr>
        <w:t>c đư</w:t>
      </w:r>
      <w:r w:rsidRPr="00865DF1">
        <w:rPr>
          <w:rFonts w:ascii="Times New Roman" w:hAnsi="Times New Roman" w:cs="Times New Roman"/>
          <w:sz w:val="26"/>
          <w:szCs w:val="26"/>
        </w:rPr>
        <w:t>ờ</w:t>
      </w:r>
      <w:r w:rsidRPr="00865DF1">
        <w:rPr>
          <w:rFonts w:ascii="Times New Roman" w:hAnsi="Times New Roman" w:cs="Times New Roman"/>
          <w:sz w:val="26"/>
          <w:szCs w:val="26"/>
        </w:rPr>
        <w:t>ng, B</w:t>
      </w:r>
      <w:r w:rsidRPr="00865DF1">
        <w:rPr>
          <w:rFonts w:ascii="Times New Roman" w:hAnsi="Times New Roman" w:cs="Times New Roman"/>
          <w:sz w:val="26"/>
          <w:szCs w:val="26"/>
        </w:rPr>
        <w:t>ộ</w:t>
      </w:r>
      <w:r w:rsidRPr="00865DF1">
        <w:rPr>
          <w:rFonts w:ascii="Times New Roman" w:hAnsi="Times New Roman" w:cs="Times New Roman"/>
          <w:sz w:val="26"/>
          <w:szCs w:val="26"/>
        </w:rPr>
        <w:t xml:space="preserve"> Giáo d</w:t>
      </w:r>
      <w:r w:rsidRPr="00865DF1">
        <w:rPr>
          <w:rFonts w:ascii="Times New Roman" w:hAnsi="Times New Roman" w:cs="Times New Roman"/>
          <w:sz w:val="26"/>
          <w:szCs w:val="26"/>
        </w:rPr>
        <w:t>ụ</w:t>
      </w:r>
      <w:r w:rsidRPr="00865DF1">
        <w:rPr>
          <w:rFonts w:ascii="Times New Roman" w:hAnsi="Times New Roman" w:cs="Times New Roman"/>
          <w:sz w:val="26"/>
          <w:szCs w:val="26"/>
        </w:rPr>
        <w:t>c và Đào t</w:t>
      </w:r>
      <w:r w:rsidRPr="00865DF1">
        <w:rPr>
          <w:rFonts w:ascii="Times New Roman" w:hAnsi="Times New Roman" w:cs="Times New Roman"/>
          <w:sz w:val="26"/>
          <w:szCs w:val="26"/>
        </w:rPr>
        <w:t>ạ</w:t>
      </w:r>
      <w:r w:rsidRPr="00865DF1">
        <w:rPr>
          <w:rFonts w:ascii="Times New Roman" w:hAnsi="Times New Roman" w:cs="Times New Roman"/>
          <w:sz w:val="26"/>
          <w:szCs w:val="26"/>
        </w:rPr>
        <w:t>o đã ban h</w:t>
      </w:r>
      <w:r w:rsidRPr="00865DF1">
        <w:rPr>
          <w:rFonts w:ascii="Times New Roman" w:hAnsi="Times New Roman" w:cs="Times New Roman"/>
          <w:sz w:val="26"/>
          <w:szCs w:val="26"/>
        </w:rPr>
        <w:t>ành Công văn s</w:t>
      </w:r>
      <w:r w:rsidRPr="00865DF1">
        <w:rPr>
          <w:rFonts w:ascii="Times New Roman" w:hAnsi="Times New Roman" w:cs="Times New Roman"/>
          <w:sz w:val="26"/>
          <w:szCs w:val="26"/>
        </w:rPr>
        <w:t>ố</w:t>
      </w:r>
      <w:r w:rsidRPr="00865DF1">
        <w:rPr>
          <w:rFonts w:ascii="Times New Roman" w:hAnsi="Times New Roman" w:cs="Times New Roman"/>
          <w:sz w:val="26"/>
          <w:szCs w:val="26"/>
        </w:rPr>
        <w:t xml:space="preserve"> 4267/BGDĐT-CTHSSV (21/7/2010) v</w:t>
      </w:r>
      <w:r w:rsidRPr="00865DF1">
        <w:rPr>
          <w:rFonts w:ascii="Times New Roman" w:hAnsi="Times New Roman" w:cs="Times New Roman"/>
          <w:sz w:val="26"/>
          <w:szCs w:val="26"/>
        </w:rPr>
        <w:t>ề</w:t>
      </w:r>
      <w:r w:rsidRPr="00865DF1">
        <w:rPr>
          <w:rFonts w:ascii="Times New Roman" w:hAnsi="Times New Roman" w:cs="Times New Roman"/>
          <w:sz w:val="26"/>
          <w:szCs w:val="26"/>
        </w:rPr>
        <w:t xml:space="preserve"> vi</w:t>
      </w:r>
      <w:r w:rsidRPr="00865DF1">
        <w:rPr>
          <w:rFonts w:ascii="Times New Roman" w:hAnsi="Times New Roman" w:cs="Times New Roman"/>
          <w:sz w:val="26"/>
          <w:szCs w:val="26"/>
        </w:rPr>
        <w:t>ệ</w:t>
      </w:r>
      <w:r w:rsidRPr="00865DF1">
        <w:rPr>
          <w:rFonts w:ascii="Times New Roman" w:hAnsi="Times New Roman" w:cs="Times New Roman"/>
          <w:sz w:val="26"/>
          <w:szCs w:val="26"/>
        </w:rPr>
        <w:t>c phát tri</w:t>
      </w:r>
      <w:r w:rsidRPr="00865DF1">
        <w:rPr>
          <w:rFonts w:ascii="Times New Roman" w:hAnsi="Times New Roman" w:cs="Times New Roman"/>
          <w:sz w:val="26"/>
          <w:szCs w:val="26"/>
        </w:rPr>
        <w:t>ể</w:t>
      </w:r>
      <w:r w:rsidRPr="00865DF1">
        <w:rPr>
          <w:rFonts w:ascii="Times New Roman" w:hAnsi="Times New Roman" w:cs="Times New Roman"/>
          <w:sz w:val="26"/>
          <w:szCs w:val="26"/>
        </w:rPr>
        <w:t>n phong trào t</w:t>
      </w:r>
      <w:r w:rsidRPr="00865DF1">
        <w:rPr>
          <w:rFonts w:ascii="Times New Roman" w:hAnsi="Times New Roman" w:cs="Times New Roman"/>
          <w:sz w:val="26"/>
          <w:szCs w:val="26"/>
        </w:rPr>
        <w:t>ậ</w:t>
      </w:r>
      <w:r w:rsidRPr="00865DF1">
        <w:rPr>
          <w:rFonts w:ascii="Times New Roman" w:hAnsi="Times New Roman" w:cs="Times New Roman"/>
          <w:sz w:val="26"/>
          <w:szCs w:val="26"/>
        </w:rPr>
        <w:t>p luy</w:t>
      </w:r>
      <w:r w:rsidRPr="00865DF1">
        <w:rPr>
          <w:rFonts w:ascii="Times New Roman" w:hAnsi="Times New Roman" w:cs="Times New Roman"/>
          <w:sz w:val="26"/>
          <w:szCs w:val="26"/>
        </w:rPr>
        <w:t>ệ</w:t>
      </w:r>
      <w:r w:rsidRPr="00865DF1">
        <w:rPr>
          <w:rFonts w:ascii="Times New Roman" w:hAnsi="Times New Roman" w:cs="Times New Roman"/>
          <w:sz w:val="26"/>
          <w:szCs w:val="26"/>
        </w:rPr>
        <w:t>n môn Vovinam trong nhà trư</w:t>
      </w:r>
      <w:r w:rsidRPr="00865DF1">
        <w:rPr>
          <w:rFonts w:ascii="Times New Roman" w:hAnsi="Times New Roman" w:cs="Times New Roman"/>
          <w:sz w:val="26"/>
          <w:szCs w:val="26"/>
        </w:rPr>
        <w:t>ờ</w:t>
      </w:r>
      <w:r w:rsidRPr="00865DF1">
        <w:rPr>
          <w:rFonts w:ascii="Times New Roman" w:hAnsi="Times New Roman" w:cs="Times New Roman"/>
          <w:sz w:val="26"/>
          <w:szCs w:val="26"/>
        </w:rPr>
        <w:t>ng. T</w:t>
      </w:r>
      <w:r w:rsidRPr="00865DF1">
        <w:rPr>
          <w:rFonts w:ascii="Times New Roman" w:hAnsi="Times New Roman" w:cs="Times New Roman"/>
          <w:sz w:val="26"/>
          <w:szCs w:val="26"/>
        </w:rPr>
        <w:t>ừ</w:t>
      </w:r>
      <w:r w:rsidRPr="00865DF1">
        <w:rPr>
          <w:rFonts w:ascii="Times New Roman" w:hAnsi="Times New Roman" w:cs="Times New Roman"/>
          <w:sz w:val="26"/>
          <w:szCs w:val="26"/>
        </w:rPr>
        <w:t xml:space="preserve"> năm 2012, Vovinam chính th</w:t>
      </w:r>
      <w:r w:rsidRPr="00865DF1">
        <w:rPr>
          <w:rFonts w:ascii="Times New Roman" w:hAnsi="Times New Roman" w:cs="Times New Roman"/>
          <w:sz w:val="26"/>
          <w:szCs w:val="26"/>
        </w:rPr>
        <w:t>ứ</w:t>
      </w:r>
      <w:r w:rsidRPr="00865DF1">
        <w:rPr>
          <w:rFonts w:ascii="Times New Roman" w:hAnsi="Times New Roman" w:cs="Times New Roman"/>
          <w:sz w:val="26"/>
          <w:szCs w:val="26"/>
        </w:rPr>
        <w:t>c đư</w:t>
      </w:r>
      <w:r w:rsidRPr="00865DF1">
        <w:rPr>
          <w:rFonts w:ascii="Times New Roman" w:hAnsi="Times New Roman" w:cs="Times New Roman"/>
          <w:sz w:val="26"/>
          <w:szCs w:val="26"/>
        </w:rPr>
        <w:t>ợ</w:t>
      </w:r>
      <w:r w:rsidRPr="00865DF1">
        <w:rPr>
          <w:rFonts w:ascii="Times New Roman" w:hAnsi="Times New Roman" w:cs="Times New Roman"/>
          <w:sz w:val="26"/>
          <w:szCs w:val="26"/>
        </w:rPr>
        <w:t>c đưa vào chương trình thi đ</w:t>
      </w:r>
      <w:r w:rsidRPr="00865DF1">
        <w:rPr>
          <w:rFonts w:ascii="Times New Roman" w:hAnsi="Times New Roman" w:cs="Times New Roman"/>
          <w:sz w:val="26"/>
          <w:szCs w:val="26"/>
        </w:rPr>
        <w:t>ấ</w:t>
      </w:r>
      <w:r w:rsidRPr="00865DF1">
        <w:rPr>
          <w:rFonts w:ascii="Times New Roman" w:hAnsi="Times New Roman" w:cs="Times New Roman"/>
          <w:sz w:val="26"/>
          <w:szCs w:val="26"/>
        </w:rPr>
        <w:t>u t</w:t>
      </w:r>
      <w:r w:rsidRPr="00865DF1">
        <w:rPr>
          <w:rFonts w:ascii="Times New Roman" w:hAnsi="Times New Roman" w:cs="Times New Roman"/>
          <w:sz w:val="26"/>
          <w:szCs w:val="26"/>
        </w:rPr>
        <w:t>ạ</w:t>
      </w:r>
      <w:r w:rsidRPr="00865DF1">
        <w:rPr>
          <w:rFonts w:ascii="Times New Roman" w:hAnsi="Times New Roman" w:cs="Times New Roman"/>
          <w:sz w:val="26"/>
          <w:szCs w:val="26"/>
        </w:rPr>
        <w:t>i H</w:t>
      </w:r>
      <w:r w:rsidRPr="00865DF1">
        <w:rPr>
          <w:rFonts w:ascii="Times New Roman" w:hAnsi="Times New Roman" w:cs="Times New Roman"/>
          <w:sz w:val="26"/>
          <w:szCs w:val="26"/>
        </w:rPr>
        <w:t>ộ</w:t>
      </w:r>
      <w:r w:rsidRPr="00865DF1">
        <w:rPr>
          <w:rFonts w:ascii="Times New Roman" w:hAnsi="Times New Roman" w:cs="Times New Roman"/>
          <w:sz w:val="26"/>
          <w:szCs w:val="26"/>
        </w:rPr>
        <w:t>i kh</w:t>
      </w:r>
      <w:r w:rsidRPr="00865DF1">
        <w:rPr>
          <w:rFonts w:ascii="Times New Roman" w:hAnsi="Times New Roman" w:cs="Times New Roman"/>
          <w:sz w:val="26"/>
          <w:szCs w:val="26"/>
        </w:rPr>
        <w:t>ỏ</w:t>
      </w:r>
      <w:r w:rsidRPr="00865DF1">
        <w:rPr>
          <w:rFonts w:ascii="Times New Roman" w:hAnsi="Times New Roman" w:cs="Times New Roman"/>
          <w:sz w:val="26"/>
          <w:szCs w:val="26"/>
        </w:rPr>
        <w:t>e Phù Đ</w:t>
      </w:r>
      <w:r w:rsidRPr="00865DF1">
        <w:rPr>
          <w:rFonts w:ascii="Times New Roman" w:hAnsi="Times New Roman" w:cs="Times New Roman"/>
          <w:sz w:val="26"/>
          <w:szCs w:val="26"/>
        </w:rPr>
        <w:t>ổ</w:t>
      </w:r>
      <w:r w:rsidRPr="00865DF1">
        <w:rPr>
          <w:rFonts w:ascii="Times New Roman" w:hAnsi="Times New Roman" w:cs="Times New Roman"/>
          <w:sz w:val="26"/>
          <w:szCs w:val="26"/>
        </w:rPr>
        <w:t>ng toàn qu</w:t>
      </w:r>
      <w:r w:rsidRPr="00865DF1">
        <w:rPr>
          <w:rFonts w:ascii="Times New Roman" w:hAnsi="Times New Roman" w:cs="Times New Roman"/>
          <w:sz w:val="26"/>
          <w:szCs w:val="26"/>
        </w:rPr>
        <w:t>ố</w:t>
      </w:r>
      <w:r w:rsidRPr="00865DF1">
        <w:rPr>
          <w:rFonts w:ascii="Times New Roman" w:hAnsi="Times New Roman" w:cs="Times New Roman"/>
          <w:sz w:val="26"/>
          <w:szCs w:val="26"/>
        </w:rPr>
        <w:t>c, góp ph</w:t>
      </w:r>
      <w:r w:rsidRPr="00865DF1">
        <w:rPr>
          <w:rFonts w:ascii="Times New Roman" w:hAnsi="Times New Roman" w:cs="Times New Roman"/>
          <w:sz w:val="26"/>
          <w:szCs w:val="26"/>
        </w:rPr>
        <w:t>ầ</w:t>
      </w:r>
      <w:r w:rsidRPr="00865DF1">
        <w:rPr>
          <w:rFonts w:ascii="Times New Roman" w:hAnsi="Times New Roman" w:cs="Times New Roman"/>
          <w:sz w:val="26"/>
          <w:szCs w:val="26"/>
        </w:rPr>
        <w:t>n lan t</w:t>
      </w:r>
      <w:r w:rsidRPr="00865DF1">
        <w:rPr>
          <w:rFonts w:ascii="Times New Roman" w:hAnsi="Times New Roman" w:cs="Times New Roman"/>
          <w:sz w:val="26"/>
          <w:szCs w:val="26"/>
        </w:rPr>
        <w:t>ỏ</w:t>
      </w:r>
      <w:r w:rsidRPr="00865DF1">
        <w:rPr>
          <w:rFonts w:ascii="Times New Roman" w:hAnsi="Times New Roman" w:cs="Times New Roman"/>
          <w:sz w:val="26"/>
          <w:szCs w:val="26"/>
        </w:rPr>
        <w:t>a m</w:t>
      </w:r>
      <w:r w:rsidRPr="00865DF1">
        <w:rPr>
          <w:rFonts w:ascii="Times New Roman" w:hAnsi="Times New Roman" w:cs="Times New Roman"/>
          <w:sz w:val="26"/>
          <w:szCs w:val="26"/>
        </w:rPr>
        <w:t>ạ</w:t>
      </w:r>
      <w:r w:rsidRPr="00865DF1">
        <w:rPr>
          <w:rFonts w:ascii="Times New Roman" w:hAnsi="Times New Roman" w:cs="Times New Roman"/>
          <w:sz w:val="26"/>
          <w:szCs w:val="26"/>
        </w:rPr>
        <w:t>nh m</w:t>
      </w:r>
      <w:r w:rsidRPr="00865DF1">
        <w:rPr>
          <w:rFonts w:ascii="Times New Roman" w:hAnsi="Times New Roman" w:cs="Times New Roman"/>
          <w:sz w:val="26"/>
          <w:szCs w:val="26"/>
        </w:rPr>
        <w:t>ẽ</w:t>
      </w:r>
      <w:r w:rsidRPr="00865DF1">
        <w:rPr>
          <w:rFonts w:ascii="Times New Roman" w:hAnsi="Times New Roman" w:cs="Times New Roman"/>
          <w:sz w:val="26"/>
          <w:szCs w:val="26"/>
        </w:rPr>
        <w:t xml:space="preserve"> phong trào rèn l</w:t>
      </w:r>
      <w:r w:rsidRPr="00865DF1">
        <w:rPr>
          <w:rFonts w:ascii="Times New Roman" w:hAnsi="Times New Roman" w:cs="Times New Roman"/>
          <w:sz w:val="26"/>
          <w:szCs w:val="26"/>
        </w:rPr>
        <w:t>uy</w:t>
      </w:r>
      <w:r w:rsidRPr="00865DF1">
        <w:rPr>
          <w:rFonts w:ascii="Times New Roman" w:hAnsi="Times New Roman" w:cs="Times New Roman"/>
          <w:sz w:val="26"/>
          <w:szCs w:val="26"/>
        </w:rPr>
        <w:t>ệ</w:t>
      </w:r>
      <w:r w:rsidRPr="00865DF1">
        <w:rPr>
          <w:rFonts w:ascii="Times New Roman" w:hAnsi="Times New Roman" w:cs="Times New Roman"/>
          <w:sz w:val="26"/>
          <w:szCs w:val="26"/>
        </w:rPr>
        <w:t>n th</w:t>
      </w:r>
      <w:r w:rsidRPr="00865DF1">
        <w:rPr>
          <w:rFonts w:ascii="Times New Roman" w:hAnsi="Times New Roman" w:cs="Times New Roman"/>
          <w:sz w:val="26"/>
          <w:szCs w:val="26"/>
        </w:rPr>
        <w:t>ể</w:t>
      </w:r>
      <w:r w:rsidRPr="00865DF1">
        <w:rPr>
          <w:rFonts w:ascii="Times New Roman" w:hAnsi="Times New Roman" w:cs="Times New Roman"/>
          <w:sz w:val="26"/>
          <w:szCs w:val="26"/>
        </w:rPr>
        <w:t xml:space="preserve"> ch</w:t>
      </w:r>
      <w:r w:rsidRPr="00865DF1">
        <w:rPr>
          <w:rFonts w:ascii="Times New Roman" w:hAnsi="Times New Roman" w:cs="Times New Roman"/>
          <w:sz w:val="26"/>
          <w:szCs w:val="26"/>
        </w:rPr>
        <w:t>ấ</w:t>
      </w:r>
      <w:r w:rsidRPr="00865DF1">
        <w:rPr>
          <w:rFonts w:ascii="Times New Roman" w:hAnsi="Times New Roman" w:cs="Times New Roman"/>
          <w:sz w:val="26"/>
          <w:szCs w:val="26"/>
        </w:rPr>
        <w:t xml:space="preserve">t và ý chí cho </w:t>
      </w:r>
      <w:bookmarkStart w:id="0" w:name="_GoBack"/>
      <w:bookmarkEnd w:id="0"/>
      <w:r w:rsidRPr="00865DF1">
        <w:rPr>
          <w:rFonts w:ascii="Times New Roman" w:hAnsi="Times New Roman" w:cs="Times New Roman"/>
          <w:sz w:val="26"/>
          <w:szCs w:val="26"/>
        </w:rPr>
        <w:t>h</w:t>
      </w:r>
      <w:r w:rsidRPr="00865DF1">
        <w:rPr>
          <w:rFonts w:ascii="Times New Roman" w:hAnsi="Times New Roman" w:cs="Times New Roman"/>
          <w:sz w:val="26"/>
          <w:szCs w:val="26"/>
        </w:rPr>
        <w:t>ọ</w:t>
      </w:r>
      <w:r w:rsidRPr="00865DF1">
        <w:rPr>
          <w:rFonts w:ascii="Times New Roman" w:hAnsi="Times New Roman" w:cs="Times New Roman"/>
          <w:sz w:val="26"/>
          <w:szCs w:val="26"/>
        </w:rPr>
        <w:t>c sinh.</w:t>
      </w:r>
      <w:r w:rsidR="00865DF1">
        <w:rPr>
          <w:rFonts w:ascii="Times New Roman" w:hAnsi="Times New Roman" w:cs="Times New Roman"/>
          <w:sz w:val="26"/>
          <w:szCs w:val="26"/>
        </w:rPr>
        <w:t xml:space="preserve"> </w:t>
      </w:r>
      <w:r w:rsidRPr="00865DF1">
        <w:rPr>
          <w:rFonts w:ascii="Times New Roman" w:hAnsi="Times New Roman" w:cs="Times New Roman"/>
          <w:sz w:val="26"/>
          <w:szCs w:val="26"/>
        </w:rPr>
        <w:t>Th</w:t>
      </w:r>
      <w:r w:rsidRPr="00865DF1">
        <w:rPr>
          <w:rFonts w:ascii="Times New Roman" w:hAnsi="Times New Roman" w:cs="Times New Roman"/>
          <w:sz w:val="26"/>
          <w:szCs w:val="26"/>
        </w:rPr>
        <w:t>ự</w:t>
      </w:r>
      <w:r w:rsidRPr="00865DF1">
        <w:rPr>
          <w:rFonts w:ascii="Times New Roman" w:hAnsi="Times New Roman" w:cs="Times New Roman"/>
          <w:sz w:val="26"/>
          <w:szCs w:val="26"/>
        </w:rPr>
        <w:t>c hi</w:t>
      </w:r>
      <w:r w:rsidRPr="00865DF1">
        <w:rPr>
          <w:rFonts w:ascii="Times New Roman" w:hAnsi="Times New Roman" w:cs="Times New Roman"/>
          <w:sz w:val="26"/>
          <w:szCs w:val="26"/>
        </w:rPr>
        <w:t>ệ</w:t>
      </w:r>
      <w:r w:rsidRPr="00865DF1">
        <w:rPr>
          <w:rFonts w:ascii="Times New Roman" w:hAnsi="Times New Roman" w:cs="Times New Roman"/>
          <w:sz w:val="26"/>
          <w:szCs w:val="26"/>
        </w:rPr>
        <w:t>n Công văn s</w:t>
      </w:r>
      <w:r w:rsidRPr="00865DF1">
        <w:rPr>
          <w:rFonts w:ascii="Times New Roman" w:hAnsi="Times New Roman" w:cs="Times New Roman"/>
          <w:sz w:val="26"/>
          <w:szCs w:val="26"/>
        </w:rPr>
        <w:t>ố</w:t>
      </w:r>
      <w:r w:rsidRPr="00865DF1">
        <w:rPr>
          <w:rFonts w:ascii="Times New Roman" w:hAnsi="Times New Roman" w:cs="Times New Roman"/>
          <w:sz w:val="26"/>
          <w:szCs w:val="26"/>
        </w:rPr>
        <w:t xml:space="preserve"> 784/SGD&amp;ĐT-CTHSSV,</w:t>
      </w:r>
      <w:r w:rsidR="001831E9" w:rsidRPr="001831E9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r w:rsidR="001831E9" w:rsidRPr="001831E9">
        <w:rPr>
          <w:rFonts w:ascii="Times New Roman" w:hAnsi="Times New Roman" w:cs="Times New Roman"/>
          <w:sz w:val="26"/>
          <w:szCs w:val="26"/>
        </w:rPr>
        <w:t>Trường THPT Nguyễn Đức Thuận</w:t>
      </w:r>
      <w:r w:rsidRPr="00865DF1">
        <w:rPr>
          <w:rFonts w:ascii="Times New Roman" w:hAnsi="Times New Roman" w:cs="Times New Roman"/>
          <w:sz w:val="26"/>
          <w:szCs w:val="26"/>
        </w:rPr>
        <w:t xml:space="preserve"> đã tri</w:t>
      </w:r>
      <w:r w:rsidRPr="00865DF1">
        <w:rPr>
          <w:rFonts w:ascii="Times New Roman" w:hAnsi="Times New Roman" w:cs="Times New Roman"/>
          <w:sz w:val="26"/>
          <w:szCs w:val="26"/>
        </w:rPr>
        <w:t>ể</w:t>
      </w:r>
      <w:r w:rsidRPr="00865DF1">
        <w:rPr>
          <w:rFonts w:ascii="Times New Roman" w:hAnsi="Times New Roman" w:cs="Times New Roman"/>
          <w:sz w:val="26"/>
          <w:szCs w:val="26"/>
        </w:rPr>
        <w:t>n khai Chương trình đ</w:t>
      </w:r>
      <w:r w:rsidRPr="00865DF1">
        <w:rPr>
          <w:rFonts w:ascii="Times New Roman" w:hAnsi="Times New Roman" w:cs="Times New Roman"/>
          <w:sz w:val="26"/>
          <w:szCs w:val="26"/>
        </w:rPr>
        <w:t>ồ</w:t>
      </w:r>
      <w:r w:rsidRPr="00865DF1">
        <w:rPr>
          <w:rFonts w:ascii="Times New Roman" w:hAnsi="Times New Roman" w:cs="Times New Roman"/>
          <w:sz w:val="26"/>
          <w:szCs w:val="26"/>
        </w:rPr>
        <w:t>ng di</w:t>
      </w:r>
      <w:r w:rsidRPr="00865DF1">
        <w:rPr>
          <w:rFonts w:ascii="Times New Roman" w:hAnsi="Times New Roman" w:cs="Times New Roman"/>
          <w:sz w:val="26"/>
          <w:szCs w:val="26"/>
        </w:rPr>
        <w:t>ễ</w:t>
      </w:r>
      <w:r w:rsidRPr="00865DF1">
        <w:rPr>
          <w:rFonts w:ascii="Times New Roman" w:hAnsi="Times New Roman" w:cs="Times New Roman"/>
          <w:sz w:val="26"/>
          <w:szCs w:val="26"/>
        </w:rPr>
        <w:t>n Ngày h</w:t>
      </w:r>
      <w:r w:rsidRPr="00865DF1">
        <w:rPr>
          <w:rFonts w:ascii="Times New Roman" w:hAnsi="Times New Roman" w:cs="Times New Roman"/>
          <w:sz w:val="26"/>
          <w:szCs w:val="26"/>
        </w:rPr>
        <w:t>ộ</w:t>
      </w:r>
      <w:r w:rsidRPr="00865DF1">
        <w:rPr>
          <w:rFonts w:ascii="Times New Roman" w:hAnsi="Times New Roman" w:cs="Times New Roman"/>
          <w:sz w:val="26"/>
          <w:szCs w:val="26"/>
        </w:rPr>
        <w:t>i võ nh</w:t>
      </w:r>
      <w:r w:rsidRPr="00865DF1">
        <w:rPr>
          <w:rFonts w:ascii="Times New Roman" w:hAnsi="Times New Roman" w:cs="Times New Roman"/>
          <w:sz w:val="26"/>
          <w:szCs w:val="26"/>
        </w:rPr>
        <w:t>ạ</w:t>
      </w:r>
      <w:r w:rsidRPr="00865DF1">
        <w:rPr>
          <w:rFonts w:ascii="Times New Roman" w:hAnsi="Times New Roman" w:cs="Times New Roman"/>
          <w:sz w:val="26"/>
          <w:szCs w:val="26"/>
        </w:rPr>
        <w:t>c Vovinam</w:t>
      </w:r>
      <w:r w:rsidR="001831E9">
        <w:rPr>
          <w:rFonts w:ascii="Times New Roman" w:hAnsi="Times New Roman" w:cs="Times New Roman"/>
          <w:sz w:val="26"/>
          <w:szCs w:val="26"/>
        </w:rPr>
        <w:t xml:space="preserve"> trong toàn trường</w:t>
      </w:r>
      <w:r w:rsidRPr="00865DF1">
        <w:rPr>
          <w:rFonts w:ascii="Times New Roman" w:hAnsi="Times New Roman" w:cs="Times New Roman"/>
          <w:sz w:val="26"/>
          <w:szCs w:val="26"/>
        </w:rPr>
        <w:t>. Đây không ch</w:t>
      </w:r>
      <w:r w:rsidRPr="00865DF1">
        <w:rPr>
          <w:rFonts w:ascii="Times New Roman" w:hAnsi="Times New Roman" w:cs="Times New Roman"/>
          <w:sz w:val="26"/>
          <w:szCs w:val="26"/>
        </w:rPr>
        <w:t>ỉ</w:t>
      </w:r>
      <w:r w:rsidRPr="00865DF1">
        <w:rPr>
          <w:rFonts w:ascii="Times New Roman" w:hAnsi="Times New Roman" w:cs="Times New Roman"/>
          <w:sz w:val="26"/>
          <w:szCs w:val="26"/>
        </w:rPr>
        <w:t xml:space="preserve"> là m</w:t>
      </w:r>
      <w:r w:rsidRPr="00865DF1">
        <w:rPr>
          <w:rFonts w:ascii="Times New Roman" w:hAnsi="Times New Roman" w:cs="Times New Roman"/>
          <w:sz w:val="26"/>
          <w:szCs w:val="26"/>
        </w:rPr>
        <w:t>ộ</w:t>
      </w:r>
      <w:r w:rsidRPr="00865DF1">
        <w:rPr>
          <w:rFonts w:ascii="Times New Roman" w:hAnsi="Times New Roman" w:cs="Times New Roman"/>
          <w:sz w:val="26"/>
          <w:szCs w:val="26"/>
        </w:rPr>
        <w:t>t ho</w:t>
      </w:r>
      <w:r w:rsidRPr="00865DF1">
        <w:rPr>
          <w:rFonts w:ascii="Times New Roman" w:hAnsi="Times New Roman" w:cs="Times New Roman"/>
          <w:sz w:val="26"/>
          <w:szCs w:val="26"/>
        </w:rPr>
        <w:t>ạ</w:t>
      </w:r>
      <w:r w:rsidRPr="00865DF1">
        <w:rPr>
          <w:rFonts w:ascii="Times New Roman" w:hAnsi="Times New Roman" w:cs="Times New Roman"/>
          <w:sz w:val="26"/>
          <w:szCs w:val="26"/>
        </w:rPr>
        <w:t>t đ</w:t>
      </w:r>
      <w:r w:rsidRPr="00865DF1">
        <w:rPr>
          <w:rFonts w:ascii="Times New Roman" w:hAnsi="Times New Roman" w:cs="Times New Roman"/>
          <w:sz w:val="26"/>
          <w:szCs w:val="26"/>
        </w:rPr>
        <w:t>ộ</w:t>
      </w:r>
      <w:r w:rsidRPr="00865DF1">
        <w:rPr>
          <w:rFonts w:ascii="Times New Roman" w:hAnsi="Times New Roman" w:cs="Times New Roman"/>
          <w:sz w:val="26"/>
          <w:szCs w:val="26"/>
        </w:rPr>
        <w:t>ng th</w:t>
      </w:r>
      <w:r w:rsidRPr="00865DF1">
        <w:rPr>
          <w:rFonts w:ascii="Times New Roman" w:hAnsi="Times New Roman" w:cs="Times New Roman"/>
          <w:sz w:val="26"/>
          <w:szCs w:val="26"/>
        </w:rPr>
        <w:t>ể</w:t>
      </w:r>
      <w:r w:rsidRPr="00865DF1">
        <w:rPr>
          <w:rFonts w:ascii="Times New Roman" w:hAnsi="Times New Roman" w:cs="Times New Roman"/>
          <w:sz w:val="26"/>
          <w:szCs w:val="26"/>
        </w:rPr>
        <w:t xml:space="preserve"> thao quy mô l</w:t>
      </w:r>
      <w:r w:rsidRPr="00865DF1">
        <w:rPr>
          <w:rFonts w:ascii="Times New Roman" w:hAnsi="Times New Roman" w:cs="Times New Roman"/>
          <w:sz w:val="26"/>
          <w:szCs w:val="26"/>
        </w:rPr>
        <w:t>ớ</w:t>
      </w:r>
      <w:r w:rsidRPr="00865DF1">
        <w:rPr>
          <w:rFonts w:ascii="Times New Roman" w:hAnsi="Times New Roman" w:cs="Times New Roman"/>
          <w:sz w:val="26"/>
          <w:szCs w:val="26"/>
        </w:rPr>
        <w:t>n mà còn là d</w:t>
      </w:r>
      <w:r w:rsidRPr="00865DF1">
        <w:rPr>
          <w:rFonts w:ascii="Times New Roman" w:hAnsi="Times New Roman" w:cs="Times New Roman"/>
          <w:sz w:val="26"/>
          <w:szCs w:val="26"/>
        </w:rPr>
        <w:t>ị</w:t>
      </w:r>
      <w:r w:rsidRPr="00865DF1">
        <w:rPr>
          <w:rFonts w:ascii="Times New Roman" w:hAnsi="Times New Roman" w:cs="Times New Roman"/>
          <w:sz w:val="26"/>
          <w:szCs w:val="26"/>
        </w:rPr>
        <w:t>p đ</w:t>
      </w:r>
      <w:r w:rsidRPr="00865DF1">
        <w:rPr>
          <w:rFonts w:ascii="Times New Roman" w:hAnsi="Times New Roman" w:cs="Times New Roman"/>
          <w:sz w:val="26"/>
          <w:szCs w:val="26"/>
        </w:rPr>
        <w:t>ể</w:t>
      </w:r>
      <w:r w:rsidRPr="00865DF1">
        <w:rPr>
          <w:rFonts w:ascii="Times New Roman" w:hAnsi="Times New Roman" w:cs="Times New Roman"/>
          <w:sz w:val="26"/>
          <w:szCs w:val="26"/>
        </w:rPr>
        <w:t xml:space="preserve"> </w:t>
      </w:r>
      <w:r w:rsidR="001831E9">
        <w:rPr>
          <w:rFonts w:ascii="Times New Roman" w:hAnsi="Times New Roman" w:cs="Times New Roman"/>
          <w:sz w:val="26"/>
          <w:szCs w:val="26"/>
        </w:rPr>
        <w:t xml:space="preserve">các em </w:t>
      </w:r>
      <w:r w:rsidRPr="00865DF1">
        <w:rPr>
          <w:rFonts w:ascii="Times New Roman" w:hAnsi="Times New Roman" w:cs="Times New Roman"/>
          <w:sz w:val="26"/>
          <w:szCs w:val="26"/>
        </w:rPr>
        <w:t>h</w:t>
      </w:r>
      <w:r w:rsidRPr="00865DF1">
        <w:rPr>
          <w:rFonts w:ascii="Times New Roman" w:hAnsi="Times New Roman" w:cs="Times New Roman"/>
          <w:sz w:val="26"/>
          <w:szCs w:val="26"/>
        </w:rPr>
        <w:t>ọ</w:t>
      </w:r>
      <w:r w:rsidRPr="00865DF1">
        <w:rPr>
          <w:rFonts w:ascii="Times New Roman" w:hAnsi="Times New Roman" w:cs="Times New Roman"/>
          <w:sz w:val="26"/>
          <w:szCs w:val="26"/>
        </w:rPr>
        <w:t>c sinh cùng hòa chung m</w:t>
      </w:r>
      <w:r w:rsidRPr="00865DF1">
        <w:rPr>
          <w:rFonts w:ascii="Times New Roman" w:hAnsi="Times New Roman" w:cs="Times New Roman"/>
          <w:sz w:val="26"/>
          <w:szCs w:val="26"/>
        </w:rPr>
        <w:t>ộ</w:t>
      </w:r>
      <w:r w:rsidRPr="00865DF1">
        <w:rPr>
          <w:rFonts w:ascii="Times New Roman" w:hAnsi="Times New Roman" w:cs="Times New Roman"/>
          <w:sz w:val="26"/>
          <w:szCs w:val="26"/>
        </w:rPr>
        <w:t>t nh</w:t>
      </w:r>
      <w:r w:rsidRPr="00865DF1">
        <w:rPr>
          <w:rFonts w:ascii="Times New Roman" w:hAnsi="Times New Roman" w:cs="Times New Roman"/>
          <w:sz w:val="26"/>
          <w:szCs w:val="26"/>
        </w:rPr>
        <w:t>ị</w:t>
      </w:r>
      <w:r w:rsidRPr="00865DF1">
        <w:rPr>
          <w:rFonts w:ascii="Times New Roman" w:hAnsi="Times New Roman" w:cs="Times New Roman"/>
          <w:sz w:val="26"/>
          <w:szCs w:val="26"/>
        </w:rPr>
        <w:t>p, th</w:t>
      </w:r>
      <w:r w:rsidRPr="00865DF1">
        <w:rPr>
          <w:rFonts w:ascii="Times New Roman" w:hAnsi="Times New Roman" w:cs="Times New Roman"/>
          <w:sz w:val="26"/>
          <w:szCs w:val="26"/>
        </w:rPr>
        <w:t>ể</w:t>
      </w:r>
      <w:r w:rsidRPr="00865DF1">
        <w:rPr>
          <w:rFonts w:ascii="Times New Roman" w:hAnsi="Times New Roman" w:cs="Times New Roman"/>
          <w:sz w:val="26"/>
          <w:szCs w:val="26"/>
        </w:rPr>
        <w:t xml:space="preserve"> hi</w:t>
      </w:r>
      <w:r w:rsidRPr="00865DF1">
        <w:rPr>
          <w:rFonts w:ascii="Times New Roman" w:hAnsi="Times New Roman" w:cs="Times New Roman"/>
          <w:sz w:val="26"/>
          <w:szCs w:val="26"/>
        </w:rPr>
        <w:t>ệ</w:t>
      </w:r>
      <w:r w:rsidRPr="00865DF1">
        <w:rPr>
          <w:rFonts w:ascii="Times New Roman" w:hAnsi="Times New Roman" w:cs="Times New Roman"/>
          <w:sz w:val="26"/>
          <w:szCs w:val="26"/>
        </w:rPr>
        <w:t>n tinh th</w:t>
      </w:r>
      <w:r w:rsidRPr="00865DF1">
        <w:rPr>
          <w:rFonts w:ascii="Times New Roman" w:hAnsi="Times New Roman" w:cs="Times New Roman"/>
          <w:sz w:val="26"/>
          <w:szCs w:val="26"/>
        </w:rPr>
        <w:t>ầ</w:t>
      </w:r>
      <w:r w:rsidRPr="00865DF1">
        <w:rPr>
          <w:rFonts w:ascii="Times New Roman" w:hAnsi="Times New Roman" w:cs="Times New Roman"/>
          <w:sz w:val="26"/>
          <w:szCs w:val="26"/>
        </w:rPr>
        <w:t>n k</w:t>
      </w:r>
      <w:r w:rsidRPr="00865DF1">
        <w:rPr>
          <w:rFonts w:ascii="Times New Roman" w:hAnsi="Times New Roman" w:cs="Times New Roman"/>
          <w:sz w:val="26"/>
          <w:szCs w:val="26"/>
        </w:rPr>
        <w:t>ỷ</w:t>
      </w:r>
      <w:r w:rsidRPr="00865DF1">
        <w:rPr>
          <w:rFonts w:ascii="Times New Roman" w:hAnsi="Times New Roman" w:cs="Times New Roman"/>
          <w:sz w:val="26"/>
          <w:szCs w:val="26"/>
        </w:rPr>
        <w:t xml:space="preserve"> lu</w:t>
      </w:r>
      <w:r w:rsidRPr="00865DF1">
        <w:rPr>
          <w:rFonts w:ascii="Times New Roman" w:hAnsi="Times New Roman" w:cs="Times New Roman"/>
          <w:sz w:val="26"/>
          <w:szCs w:val="26"/>
        </w:rPr>
        <w:t>ậ</w:t>
      </w:r>
      <w:r w:rsidRPr="00865DF1">
        <w:rPr>
          <w:rFonts w:ascii="Times New Roman" w:hAnsi="Times New Roman" w:cs="Times New Roman"/>
          <w:sz w:val="26"/>
          <w:szCs w:val="26"/>
        </w:rPr>
        <w:t>t, s</w:t>
      </w:r>
      <w:r w:rsidRPr="00865DF1">
        <w:rPr>
          <w:rFonts w:ascii="Times New Roman" w:hAnsi="Times New Roman" w:cs="Times New Roman"/>
          <w:sz w:val="26"/>
          <w:szCs w:val="26"/>
        </w:rPr>
        <w:t>ự</w:t>
      </w:r>
      <w:r w:rsidRPr="00865DF1">
        <w:rPr>
          <w:rFonts w:ascii="Times New Roman" w:hAnsi="Times New Roman" w:cs="Times New Roman"/>
          <w:sz w:val="26"/>
          <w:szCs w:val="26"/>
        </w:rPr>
        <w:t xml:space="preserve"> đoàn k</w:t>
      </w:r>
      <w:r w:rsidRPr="00865DF1">
        <w:rPr>
          <w:rFonts w:ascii="Times New Roman" w:hAnsi="Times New Roman" w:cs="Times New Roman"/>
          <w:sz w:val="26"/>
          <w:szCs w:val="26"/>
        </w:rPr>
        <w:t>ế</w:t>
      </w:r>
      <w:r w:rsidRPr="00865DF1">
        <w:rPr>
          <w:rFonts w:ascii="Times New Roman" w:hAnsi="Times New Roman" w:cs="Times New Roman"/>
          <w:sz w:val="26"/>
          <w:szCs w:val="26"/>
        </w:rPr>
        <w:t>t và ni</w:t>
      </w:r>
      <w:r w:rsidRPr="00865DF1">
        <w:rPr>
          <w:rFonts w:ascii="Times New Roman" w:hAnsi="Times New Roman" w:cs="Times New Roman"/>
          <w:sz w:val="26"/>
          <w:szCs w:val="26"/>
        </w:rPr>
        <w:t>ề</w:t>
      </w:r>
      <w:r w:rsidRPr="00865DF1">
        <w:rPr>
          <w:rFonts w:ascii="Times New Roman" w:hAnsi="Times New Roman" w:cs="Times New Roman"/>
          <w:sz w:val="26"/>
          <w:szCs w:val="26"/>
        </w:rPr>
        <w:t>m t</w:t>
      </w:r>
      <w:r w:rsidRPr="00865DF1">
        <w:rPr>
          <w:rFonts w:ascii="Times New Roman" w:hAnsi="Times New Roman" w:cs="Times New Roman"/>
          <w:sz w:val="26"/>
          <w:szCs w:val="26"/>
        </w:rPr>
        <w:t>ự</w:t>
      </w:r>
      <w:r w:rsidRPr="00865DF1">
        <w:rPr>
          <w:rFonts w:ascii="Times New Roman" w:hAnsi="Times New Roman" w:cs="Times New Roman"/>
          <w:sz w:val="26"/>
          <w:szCs w:val="26"/>
        </w:rPr>
        <w:t xml:space="preserve"> hào v</w:t>
      </w:r>
      <w:r w:rsidRPr="00865DF1">
        <w:rPr>
          <w:rFonts w:ascii="Times New Roman" w:hAnsi="Times New Roman" w:cs="Times New Roman"/>
          <w:sz w:val="26"/>
          <w:szCs w:val="26"/>
        </w:rPr>
        <w:t>ề</w:t>
      </w:r>
      <w:r w:rsidRPr="00865DF1">
        <w:rPr>
          <w:rFonts w:ascii="Times New Roman" w:hAnsi="Times New Roman" w:cs="Times New Roman"/>
          <w:sz w:val="26"/>
          <w:szCs w:val="26"/>
        </w:rPr>
        <w:t xml:space="preserve"> môn võ truy</w:t>
      </w:r>
      <w:r w:rsidRPr="00865DF1">
        <w:rPr>
          <w:rFonts w:ascii="Times New Roman" w:hAnsi="Times New Roman" w:cs="Times New Roman"/>
          <w:sz w:val="26"/>
          <w:szCs w:val="26"/>
        </w:rPr>
        <w:t>ề</w:t>
      </w:r>
      <w:r w:rsidRPr="00865DF1">
        <w:rPr>
          <w:rFonts w:ascii="Times New Roman" w:hAnsi="Times New Roman" w:cs="Times New Roman"/>
          <w:sz w:val="26"/>
          <w:szCs w:val="26"/>
        </w:rPr>
        <w:t>n th</w:t>
      </w:r>
      <w:r w:rsidRPr="00865DF1">
        <w:rPr>
          <w:rFonts w:ascii="Times New Roman" w:hAnsi="Times New Roman" w:cs="Times New Roman"/>
          <w:sz w:val="26"/>
          <w:szCs w:val="26"/>
        </w:rPr>
        <w:t>ố</w:t>
      </w:r>
      <w:r w:rsidRPr="00865DF1">
        <w:rPr>
          <w:rFonts w:ascii="Times New Roman" w:hAnsi="Times New Roman" w:cs="Times New Roman"/>
          <w:sz w:val="26"/>
          <w:szCs w:val="26"/>
        </w:rPr>
        <w:t>ng c</w:t>
      </w:r>
      <w:r w:rsidRPr="00865DF1">
        <w:rPr>
          <w:rFonts w:ascii="Times New Roman" w:hAnsi="Times New Roman" w:cs="Times New Roman"/>
          <w:sz w:val="26"/>
          <w:szCs w:val="26"/>
        </w:rPr>
        <w:t>ủ</w:t>
      </w:r>
      <w:r w:rsidRPr="00865DF1">
        <w:rPr>
          <w:rFonts w:ascii="Times New Roman" w:hAnsi="Times New Roman" w:cs="Times New Roman"/>
          <w:sz w:val="26"/>
          <w:szCs w:val="26"/>
        </w:rPr>
        <w:t>a dân t</w:t>
      </w:r>
      <w:r w:rsidRPr="00865DF1">
        <w:rPr>
          <w:rFonts w:ascii="Times New Roman" w:hAnsi="Times New Roman" w:cs="Times New Roman"/>
          <w:sz w:val="26"/>
          <w:szCs w:val="26"/>
        </w:rPr>
        <w:t>ộ</w:t>
      </w:r>
      <w:r w:rsidRPr="00865DF1">
        <w:rPr>
          <w:rFonts w:ascii="Times New Roman" w:hAnsi="Times New Roman" w:cs="Times New Roman"/>
          <w:sz w:val="26"/>
          <w:szCs w:val="26"/>
        </w:rPr>
        <w:t>c.</w:t>
      </w:r>
    </w:p>
    <w:p w14:paraId="43067017" w14:textId="77777777" w:rsidR="00AC1FF6" w:rsidRPr="00865DF1" w:rsidRDefault="00923DD3" w:rsidP="00865DF1">
      <w:pPr>
        <w:spacing w:after="0"/>
        <w:jc w:val="both"/>
        <w:rPr>
          <w:rFonts w:ascii="Times New Roman" w:hAnsi="Times New Roman" w:cs="Times New Roman"/>
          <w:b/>
          <w:bCs/>
          <w:sz w:val="26"/>
          <w:szCs w:val="26"/>
        </w:rPr>
      </w:pPr>
      <w:r w:rsidRPr="00865DF1">
        <w:rPr>
          <w:rFonts w:ascii="Times New Roman" w:hAnsi="Times New Roman" w:cs="Times New Roman"/>
          <w:b/>
          <w:bCs/>
          <w:sz w:val="26"/>
          <w:szCs w:val="26"/>
        </w:rPr>
        <w:t>Hào khí Lam Sơn trong t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ừ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ng nh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ị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p đi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ệ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u</w:t>
      </w:r>
    </w:p>
    <w:p w14:paraId="62E0F204" w14:textId="29F649D0" w:rsidR="00AC1FF6" w:rsidRPr="00865DF1" w:rsidRDefault="00923DD3" w:rsidP="00865DF1">
      <w:pPr>
        <w:spacing w:after="0"/>
        <w:ind w:firstLine="720"/>
        <w:jc w:val="both"/>
        <w:rPr>
          <w:rFonts w:ascii="Times New Roman" w:hAnsi="Times New Roman" w:cs="Times New Roman"/>
          <w:sz w:val="26"/>
          <w:szCs w:val="26"/>
        </w:rPr>
      </w:pPr>
      <w:r w:rsidRPr="00865DF1">
        <w:rPr>
          <w:rFonts w:ascii="Times New Roman" w:hAnsi="Times New Roman" w:cs="Times New Roman"/>
          <w:sz w:val="26"/>
          <w:szCs w:val="26"/>
        </w:rPr>
        <w:t>M</w:t>
      </w:r>
      <w:r w:rsidRPr="00865DF1">
        <w:rPr>
          <w:rFonts w:ascii="Times New Roman" w:hAnsi="Times New Roman" w:cs="Times New Roman"/>
          <w:sz w:val="26"/>
          <w:szCs w:val="26"/>
        </w:rPr>
        <w:t>ỗ</w:t>
      </w:r>
      <w:r w:rsidRPr="00865DF1">
        <w:rPr>
          <w:rFonts w:ascii="Times New Roman" w:hAnsi="Times New Roman" w:cs="Times New Roman"/>
          <w:sz w:val="26"/>
          <w:szCs w:val="26"/>
        </w:rPr>
        <w:t>i bài võ nh</w:t>
      </w:r>
      <w:r w:rsidRPr="00865DF1">
        <w:rPr>
          <w:rFonts w:ascii="Times New Roman" w:hAnsi="Times New Roman" w:cs="Times New Roman"/>
          <w:sz w:val="26"/>
          <w:szCs w:val="26"/>
        </w:rPr>
        <w:t>ạ</w:t>
      </w:r>
      <w:r w:rsidRPr="00865DF1">
        <w:rPr>
          <w:rFonts w:ascii="Times New Roman" w:hAnsi="Times New Roman" w:cs="Times New Roman"/>
          <w:sz w:val="26"/>
          <w:szCs w:val="26"/>
        </w:rPr>
        <w:t>c t</w:t>
      </w:r>
      <w:r w:rsidRPr="00865DF1">
        <w:rPr>
          <w:rFonts w:ascii="Times New Roman" w:hAnsi="Times New Roman" w:cs="Times New Roman"/>
          <w:sz w:val="26"/>
          <w:szCs w:val="26"/>
        </w:rPr>
        <w:t>ạ</w:t>
      </w:r>
      <w:r w:rsidRPr="00865DF1">
        <w:rPr>
          <w:rFonts w:ascii="Times New Roman" w:hAnsi="Times New Roman" w:cs="Times New Roman"/>
          <w:sz w:val="26"/>
          <w:szCs w:val="26"/>
        </w:rPr>
        <w:t>i trư</w:t>
      </w:r>
      <w:r w:rsidRPr="00865DF1">
        <w:rPr>
          <w:rFonts w:ascii="Times New Roman" w:hAnsi="Times New Roman" w:cs="Times New Roman"/>
          <w:sz w:val="26"/>
          <w:szCs w:val="26"/>
        </w:rPr>
        <w:t>ờ</w:t>
      </w:r>
      <w:r w:rsidRPr="00865DF1">
        <w:rPr>
          <w:rFonts w:ascii="Times New Roman" w:hAnsi="Times New Roman" w:cs="Times New Roman"/>
          <w:sz w:val="26"/>
          <w:szCs w:val="26"/>
        </w:rPr>
        <w:t>ng đ</w:t>
      </w:r>
      <w:r w:rsidRPr="00865DF1">
        <w:rPr>
          <w:rFonts w:ascii="Times New Roman" w:hAnsi="Times New Roman" w:cs="Times New Roman"/>
          <w:sz w:val="26"/>
          <w:szCs w:val="26"/>
        </w:rPr>
        <w:t>ề</w:t>
      </w:r>
      <w:r w:rsidRPr="00865DF1">
        <w:rPr>
          <w:rFonts w:ascii="Times New Roman" w:hAnsi="Times New Roman" w:cs="Times New Roman"/>
          <w:sz w:val="26"/>
          <w:szCs w:val="26"/>
        </w:rPr>
        <w:t>u mang m</w:t>
      </w:r>
      <w:r w:rsidRPr="00865DF1">
        <w:rPr>
          <w:rFonts w:ascii="Times New Roman" w:hAnsi="Times New Roman" w:cs="Times New Roman"/>
          <w:sz w:val="26"/>
          <w:szCs w:val="26"/>
        </w:rPr>
        <w:t>ộ</w:t>
      </w:r>
      <w:r w:rsidRPr="00865DF1">
        <w:rPr>
          <w:rFonts w:ascii="Times New Roman" w:hAnsi="Times New Roman" w:cs="Times New Roman"/>
          <w:sz w:val="26"/>
          <w:szCs w:val="26"/>
        </w:rPr>
        <w:t>t thông đi</w:t>
      </w:r>
      <w:r w:rsidRPr="00865DF1">
        <w:rPr>
          <w:rFonts w:ascii="Times New Roman" w:hAnsi="Times New Roman" w:cs="Times New Roman"/>
          <w:sz w:val="26"/>
          <w:szCs w:val="26"/>
        </w:rPr>
        <w:t>ệ</w:t>
      </w:r>
      <w:r w:rsidRPr="00865DF1">
        <w:rPr>
          <w:rFonts w:ascii="Times New Roman" w:hAnsi="Times New Roman" w:cs="Times New Roman"/>
          <w:sz w:val="26"/>
          <w:szCs w:val="26"/>
        </w:rPr>
        <w:t>p riêng. Có khi là b</w:t>
      </w:r>
      <w:r w:rsidRPr="00865DF1">
        <w:rPr>
          <w:rFonts w:ascii="Times New Roman" w:hAnsi="Times New Roman" w:cs="Times New Roman"/>
          <w:sz w:val="26"/>
          <w:szCs w:val="26"/>
        </w:rPr>
        <w:t>ả</w:t>
      </w:r>
      <w:r w:rsidRPr="00865DF1">
        <w:rPr>
          <w:rFonts w:ascii="Times New Roman" w:hAnsi="Times New Roman" w:cs="Times New Roman"/>
          <w:sz w:val="26"/>
          <w:szCs w:val="26"/>
        </w:rPr>
        <w:t>n hùng ca v</w:t>
      </w:r>
      <w:r w:rsidRPr="00865DF1">
        <w:rPr>
          <w:rFonts w:ascii="Times New Roman" w:hAnsi="Times New Roman" w:cs="Times New Roman"/>
          <w:sz w:val="26"/>
          <w:szCs w:val="26"/>
        </w:rPr>
        <w:t>ề</w:t>
      </w:r>
      <w:r w:rsidRPr="00865DF1">
        <w:rPr>
          <w:rFonts w:ascii="Times New Roman" w:hAnsi="Times New Roman" w:cs="Times New Roman"/>
          <w:sz w:val="26"/>
          <w:szCs w:val="26"/>
        </w:rPr>
        <w:t xml:space="preserve"> l</w:t>
      </w:r>
      <w:r w:rsidRPr="00865DF1">
        <w:rPr>
          <w:rFonts w:ascii="Times New Roman" w:hAnsi="Times New Roman" w:cs="Times New Roman"/>
          <w:sz w:val="26"/>
          <w:szCs w:val="26"/>
        </w:rPr>
        <w:t>ị</w:t>
      </w:r>
      <w:r w:rsidRPr="00865DF1">
        <w:rPr>
          <w:rFonts w:ascii="Times New Roman" w:hAnsi="Times New Roman" w:cs="Times New Roman"/>
          <w:sz w:val="26"/>
          <w:szCs w:val="26"/>
        </w:rPr>
        <w:t>ch</w:t>
      </w:r>
      <w:r w:rsidRPr="00865DF1">
        <w:rPr>
          <w:rFonts w:ascii="Times New Roman" w:hAnsi="Times New Roman" w:cs="Times New Roman"/>
          <w:sz w:val="26"/>
          <w:szCs w:val="26"/>
        </w:rPr>
        <w:t xml:space="preserve"> s</w:t>
      </w:r>
      <w:r w:rsidRPr="00865DF1">
        <w:rPr>
          <w:rFonts w:ascii="Times New Roman" w:hAnsi="Times New Roman" w:cs="Times New Roman"/>
          <w:sz w:val="26"/>
          <w:szCs w:val="26"/>
        </w:rPr>
        <w:t>ử</w:t>
      </w:r>
      <w:r w:rsidRPr="00865DF1">
        <w:rPr>
          <w:rFonts w:ascii="Times New Roman" w:hAnsi="Times New Roman" w:cs="Times New Roman"/>
          <w:sz w:val="26"/>
          <w:szCs w:val="26"/>
        </w:rPr>
        <w:t xml:space="preserve"> ch</w:t>
      </w:r>
      <w:r w:rsidRPr="00865DF1">
        <w:rPr>
          <w:rFonts w:ascii="Times New Roman" w:hAnsi="Times New Roman" w:cs="Times New Roman"/>
          <w:sz w:val="26"/>
          <w:szCs w:val="26"/>
        </w:rPr>
        <w:t>ố</w:t>
      </w:r>
      <w:r w:rsidRPr="00865DF1">
        <w:rPr>
          <w:rFonts w:ascii="Times New Roman" w:hAnsi="Times New Roman" w:cs="Times New Roman"/>
          <w:sz w:val="26"/>
          <w:szCs w:val="26"/>
        </w:rPr>
        <w:t>ng gi</w:t>
      </w:r>
      <w:r w:rsidRPr="00865DF1">
        <w:rPr>
          <w:rFonts w:ascii="Times New Roman" w:hAnsi="Times New Roman" w:cs="Times New Roman"/>
          <w:sz w:val="26"/>
          <w:szCs w:val="26"/>
        </w:rPr>
        <w:t>ặ</w:t>
      </w:r>
      <w:r w:rsidRPr="00865DF1">
        <w:rPr>
          <w:rFonts w:ascii="Times New Roman" w:hAnsi="Times New Roman" w:cs="Times New Roman"/>
          <w:sz w:val="26"/>
          <w:szCs w:val="26"/>
        </w:rPr>
        <w:t>c ngo</w:t>
      </w:r>
      <w:r w:rsidRPr="00865DF1">
        <w:rPr>
          <w:rFonts w:ascii="Times New Roman" w:hAnsi="Times New Roman" w:cs="Times New Roman"/>
          <w:sz w:val="26"/>
          <w:szCs w:val="26"/>
        </w:rPr>
        <w:t>ạ</w:t>
      </w:r>
      <w:r w:rsidRPr="00865DF1">
        <w:rPr>
          <w:rFonts w:ascii="Times New Roman" w:hAnsi="Times New Roman" w:cs="Times New Roman"/>
          <w:sz w:val="26"/>
          <w:szCs w:val="26"/>
        </w:rPr>
        <w:t>i xâm c</w:t>
      </w:r>
      <w:r w:rsidRPr="00865DF1">
        <w:rPr>
          <w:rFonts w:ascii="Times New Roman" w:hAnsi="Times New Roman" w:cs="Times New Roman"/>
          <w:sz w:val="26"/>
          <w:szCs w:val="26"/>
        </w:rPr>
        <w:t>ủ</w:t>
      </w:r>
      <w:r w:rsidRPr="00865DF1">
        <w:rPr>
          <w:rFonts w:ascii="Times New Roman" w:hAnsi="Times New Roman" w:cs="Times New Roman"/>
          <w:sz w:val="26"/>
          <w:szCs w:val="26"/>
        </w:rPr>
        <w:t>a dân t</w:t>
      </w:r>
      <w:r w:rsidRPr="00865DF1">
        <w:rPr>
          <w:rFonts w:ascii="Times New Roman" w:hAnsi="Times New Roman" w:cs="Times New Roman"/>
          <w:sz w:val="26"/>
          <w:szCs w:val="26"/>
        </w:rPr>
        <w:t>ộ</w:t>
      </w:r>
      <w:r w:rsidRPr="00865DF1">
        <w:rPr>
          <w:rFonts w:ascii="Times New Roman" w:hAnsi="Times New Roman" w:cs="Times New Roman"/>
          <w:sz w:val="26"/>
          <w:szCs w:val="26"/>
        </w:rPr>
        <w:t>c, có khi l</w:t>
      </w:r>
      <w:r w:rsidRPr="00865DF1">
        <w:rPr>
          <w:rFonts w:ascii="Times New Roman" w:hAnsi="Times New Roman" w:cs="Times New Roman"/>
          <w:sz w:val="26"/>
          <w:szCs w:val="26"/>
        </w:rPr>
        <w:t>ạ</w:t>
      </w:r>
      <w:r w:rsidRPr="00865DF1">
        <w:rPr>
          <w:rFonts w:ascii="Times New Roman" w:hAnsi="Times New Roman" w:cs="Times New Roman"/>
          <w:sz w:val="26"/>
          <w:szCs w:val="26"/>
        </w:rPr>
        <w:t>i là s</w:t>
      </w:r>
      <w:r w:rsidRPr="00865DF1">
        <w:rPr>
          <w:rFonts w:ascii="Times New Roman" w:hAnsi="Times New Roman" w:cs="Times New Roman"/>
          <w:sz w:val="26"/>
          <w:szCs w:val="26"/>
        </w:rPr>
        <w:t>ự</w:t>
      </w:r>
      <w:r w:rsidRPr="00865DF1">
        <w:rPr>
          <w:rFonts w:ascii="Times New Roman" w:hAnsi="Times New Roman" w:cs="Times New Roman"/>
          <w:sz w:val="26"/>
          <w:szCs w:val="26"/>
        </w:rPr>
        <w:t xml:space="preserve"> sôi đ</w:t>
      </w:r>
      <w:r w:rsidRPr="00865DF1">
        <w:rPr>
          <w:rFonts w:ascii="Times New Roman" w:hAnsi="Times New Roman" w:cs="Times New Roman"/>
          <w:sz w:val="26"/>
          <w:szCs w:val="26"/>
        </w:rPr>
        <w:t>ộ</w:t>
      </w:r>
      <w:r w:rsidRPr="00865DF1">
        <w:rPr>
          <w:rFonts w:ascii="Times New Roman" w:hAnsi="Times New Roman" w:cs="Times New Roman"/>
          <w:sz w:val="26"/>
          <w:szCs w:val="26"/>
        </w:rPr>
        <w:t>ng, tr</w:t>
      </w:r>
      <w:r w:rsidRPr="00865DF1">
        <w:rPr>
          <w:rFonts w:ascii="Times New Roman" w:hAnsi="Times New Roman" w:cs="Times New Roman"/>
          <w:sz w:val="26"/>
          <w:szCs w:val="26"/>
        </w:rPr>
        <w:t>ẻ</w:t>
      </w:r>
      <w:r w:rsidRPr="00865DF1">
        <w:rPr>
          <w:rFonts w:ascii="Times New Roman" w:hAnsi="Times New Roman" w:cs="Times New Roman"/>
          <w:sz w:val="26"/>
          <w:szCs w:val="26"/>
        </w:rPr>
        <w:t xml:space="preserve"> trung c</w:t>
      </w:r>
      <w:r w:rsidRPr="00865DF1">
        <w:rPr>
          <w:rFonts w:ascii="Times New Roman" w:hAnsi="Times New Roman" w:cs="Times New Roman"/>
          <w:sz w:val="26"/>
          <w:szCs w:val="26"/>
        </w:rPr>
        <w:t>ủ</w:t>
      </w:r>
      <w:r w:rsidRPr="00865DF1">
        <w:rPr>
          <w:rFonts w:ascii="Times New Roman" w:hAnsi="Times New Roman" w:cs="Times New Roman"/>
          <w:sz w:val="26"/>
          <w:szCs w:val="26"/>
        </w:rPr>
        <w:t>a tu</w:t>
      </w:r>
      <w:r w:rsidRPr="00865DF1">
        <w:rPr>
          <w:rFonts w:ascii="Times New Roman" w:hAnsi="Times New Roman" w:cs="Times New Roman"/>
          <w:sz w:val="26"/>
          <w:szCs w:val="26"/>
        </w:rPr>
        <w:t>ổ</w:t>
      </w:r>
      <w:r w:rsidRPr="00865DF1">
        <w:rPr>
          <w:rFonts w:ascii="Times New Roman" w:hAnsi="Times New Roman" w:cs="Times New Roman"/>
          <w:sz w:val="26"/>
          <w:szCs w:val="26"/>
        </w:rPr>
        <w:t>i h</w:t>
      </w:r>
      <w:r w:rsidRPr="00865DF1">
        <w:rPr>
          <w:rFonts w:ascii="Times New Roman" w:hAnsi="Times New Roman" w:cs="Times New Roman"/>
          <w:sz w:val="26"/>
          <w:szCs w:val="26"/>
        </w:rPr>
        <w:t>ọ</w:t>
      </w:r>
      <w:r w:rsidRPr="00865DF1">
        <w:rPr>
          <w:rFonts w:ascii="Times New Roman" w:hAnsi="Times New Roman" w:cs="Times New Roman"/>
          <w:sz w:val="26"/>
          <w:szCs w:val="26"/>
        </w:rPr>
        <w:t xml:space="preserve">c trò. Hình </w:t>
      </w:r>
      <w:r w:rsidRPr="00865DF1">
        <w:rPr>
          <w:rFonts w:ascii="Times New Roman" w:hAnsi="Times New Roman" w:cs="Times New Roman"/>
          <w:sz w:val="26"/>
          <w:szCs w:val="26"/>
        </w:rPr>
        <w:t>ả</w:t>
      </w:r>
      <w:r w:rsidRPr="00865DF1">
        <w:rPr>
          <w:rFonts w:ascii="Times New Roman" w:hAnsi="Times New Roman" w:cs="Times New Roman"/>
          <w:sz w:val="26"/>
          <w:szCs w:val="26"/>
        </w:rPr>
        <w:t>nh nh</w:t>
      </w:r>
      <w:r w:rsidRPr="00865DF1">
        <w:rPr>
          <w:rFonts w:ascii="Times New Roman" w:hAnsi="Times New Roman" w:cs="Times New Roman"/>
          <w:sz w:val="26"/>
          <w:szCs w:val="26"/>
        </w:rPr>
        <w:t>ữ</w:t>
      </w:r>
      <w:r w:rsidRPr="00865DF1">
        <w:rPr>
          <w:rFonts w:ascii="Times New Roman" w:hAnsi="Times New Roman" w:cs="Times New Roman"/>
          <w:sz w:val="26"/>
          <w:szCs w:val="26"/>
        </w:rPr>
        <w:t>ng nam sinh m</w:t>
      </w:r>
      <w:r w:rsidRPr="00865DF1">
        <w:rPr>
          <w:rFonts w:ascii="Times New Roman" w:hAnsi="Times New Roman" w:cs="Times New Roman"/>
          <w:sz w:val="26"/>
          <w:szCs w:val="26"/>
        </w:rPr>
        <w:t>ạ</w:t>
      </w:r>
      <w:r w:rsidRPr="00865DF1">
        <w:rPr>
          <w:rFonts w:ascii="Times New Roman" w:hAnsi="Times New Roman" w:cs="Times New Roman"/>
          <w:sz w:val="26"/>
          <w:szCs w:val="26"/>
        </w:rPr>
        <w:t>nh m</w:t>
      </w:r>
      <w:r w:rsidRPr="00865DF1">
        <w:rPr>
          <w:rFonts w:ascii="Times New Roman" w:hAnsi="Times New Roman" w:cs="Times New Roman"/>
          <w:sz w:val="26"/>
          <w:szCs w:val="26"/>
        </w:rPr>
        <w:t>ẽ</w:t>
      </w:r>
      <w:r w:rsidRPr="00865DF1">
        <w:rPr>
          <w:rFonts w:ascii="Times New Roman" w:hAnsi="Times New Roman" w:cs="Times New Roman"/>
          <w:sz w:val="26"/>
          <w:szCs w:val="26"/>
        </w:rPr>
        <w:t xml:space="preserve"> trong các th</w:t>
      </w:r>
      <w:r w:rsidRPr="00865DF1">
        <w:rPr>
          <w:rFonts w:ascii="Times New Roman" w:hAnsi="Times New Roman" w:cs="Times New Roman"/>
          <w:sz w:val="26"/>
          <w:szCs w:val="26"/>
        </w:rPr>
        <w:t>ế</w:t>
      </w:r>
      <w:r w:rsidRPr="00865DF1">
        <w:rPr>
          <w:rFonts w:ascii="Times New Roman" w:hAnsi="Times New Roman" w:cs="Times New Roman"/>
          <w:sz w:val="26"/>
          <w:szCs w:val="26"/>
        </w:rPr>
        <w:t xml:space="preserve"> ph</w:t>
      </w:r>
      <w:r w:rsidRPr="00865DF1">
        <w:rPr>
          <w:rFonts w:ascii="Times New Roman" w:hAnsi="Times New Roman" w:cs="Times New Roman"/>
          <w:sz w:val="26"/>
          <w:szCs w:val="26"/>
        </w:rPr>
        <w:t>ả</w:t>
      </w:r>
      <w:r w:rsidRPr="00865DF1">
        <w:rPr>
          <w:rFonts w:ascii="Times New Roman" w:hAnsi="Times New Roman" w:cs="Times New Roman"/>
          <w:sz w:val="26"/>
          <w:szCs w:val="26"/>
        </w:rPr>
        <w:t>n đòn, nh</w:t>
      </w:r>
      <w:r w:rsidRPr="00865DF1">
        <w:rPr>
          <w:rFonts w:ascii="Times New Roman" w:hAnsi="Times New Roman" w:cs="Times New Roman"/>
          <w:sz w:val="26"/>
          <w:szCs w:val="26"/>
        </w:rPr>
        <w:t>ữ</w:t>
      </w:r>
      <w:r w:rsidRPr="00865DF1">
        <w:rPr>
          <w:rFonts w:ascii="Times New Roman" w:hAnsi="Times New Roman" w:cs="Times New Roman"/>
          <w:sz w:val="26"/>
          <w:szCs w:val="26"/>
        </w:rPr>
        <w:t>ng n</w:t>
      </w:r>
      <w:r w:rsidRPr="00865DF1">
        <w:rPr>
          <w:rFonts w:ascii="Times New Roman" w:hAnsi="Times New Roman" w:cs="Times New Roman"/>
          <w:sz w:val="26"/>
          <w:szCs w:val="26"/>
        </w:rPr>
        <w:t>ữ</w:t>
      </w:r>
      <w:r w:rsidRPr="00865DF1">
        <w:rPr>
          <w:rFonts w:ascii="Times New Roman" w:hAnsi="Times New Roman" w:cs="Times New Roman"/>
          <w:sz w:val="26"/>
          <w:szCs w:val="26"/>
        </w:rPr>
        <w:t xml:space="preserve"> sinh thanh thoát nhưng đ</w:t>
      </w:r>
      <w:r w:rsidRPr="00865DF1">
        <w:rPr>
          <w:rFonts w:ascii="Times New Roman" w:hAnsi="Times New Roman" w:cs="Times New Roman"/>
          <w:sz w:val="26"/>
          <w:szCs w:val="26"/>
        </w:rPr>
        <w:t>ầ</w:t>
      </w:r>
      <w:r w:rsidRPr="00865DF1">
        <w:rPr>
          <w:rFonts w:ascii="Times New Roman" w:hAnsi="Times New Roman" w:cs="Times New Roman"/>
          <w:sz w:val="26"/>
          <w:szCs w:val="26"/>
        </w:rPr>
        <w:t>y uy l</w:t>
      </w:r>
      <w:r w:rsidRPr="00865DF1">
        <w:rPr>
          <w:rFonts w:ascii="Times New Roman" w:hAnsi="Times New Roman" w:cs="Times New Roman"/>
          <w:sz w:val="26"/>
          <w:szCs w:val="26"/>
        </w:rPr>
        <w:t>ự</w:t>
      </w:r>
      <w:r w:rsidRPr="00865DF1">
        <w:rPr>
          <w:rFonts w:ascii="Times New Roman" w:hAnsi="Times New Roman" w:cs="Times New Roman"/>
          <w:sz w:val="26"/>
          <w:szCs w:val="26"/>
        </w:rPr>
        <w:t>c trong các bài quy</w:t>
      </w:r>
      <w:r w:rsidRPr="00865DF1">
        <w:rPr>
          <w:rFonts w:ascii="Times New Roman" w:hAnsi="Times New Roman" w:cs="Times New Roman"/>
          <w:sz w:val="26"/>
          <w:szCs w:val="26"/>
        </w:rPr>
        <w:t>ề</w:t>
      </w:r>
      <w:r w:rsidRPr="00865DF1">
        <w:rPr>
          <w:rFonts w:ascii="Times New Roman" w:hAnsi="Times New Roman" w:cs="Times New Roman"/>
          <w:sz w:val="26"/>
          <w:szCs w:val="26"/>
        </w:rPr>
        <w:t>n đã t</w:t>
      </w:r>
      <w:r w:rsidRPr="00865DF1">
        <w:rPr>
          <w:rFonts w:ascii="Times New Roman" w:hAnsi="Times New Roman" w:cs="Times New Roman"/>
          <w:sz w:val="26"/>
          <w:szCs w:val="26"/>
        </w:rPr>
        <w:t>ạ</w:t>
      </w:r>
      <w:r w:rsidRPr="00865DF1">
        <w:rPr>
          <w:rFonts w:ascii="Times New Roman" w:hAnsi="Times New Roman" w:cs="Times New Roman"/>
          <w:sz w:val="26"/>
          <w:szCs w:val="26"/>
        </w:rPr>
        <w:t>o nên m</w:t>
      </w:r>
      <w:r w:rsidRPr="00865DF1">
        <w:rPr>
          <w:rFonts w:ascii="Times New Roman" w:hAnsi="Times New Roman" w:cs="Times New Roman"/>
          <w:sz w:val="26"/>
          <w:szCs w:val="26"/>
        </w:rPr>
        <w:t>ộ</w:t>
      </w:r>
      <w:r w:rsidRPr="00865DF1">
        <w:rPr>
          <w:rFonts w:ascii="Times New Roman" w:hAnsi="Times New Roman" w:cs="Times New Roman"/>
          <w:sz w:val="26"/>
          <w:szCs w:val="26"/>
        </w:rPr>
        <w:t>t b</w:t>
      </w:r>
      <w:r w:rsidRPr="00865DF1">
        <w:rPr>
          <w:rFonts w:ascii="Times New Roman" w:hAnsi="Times New Roman" w:cs="Times New Roman"/>
          <w:sz w:val="26"/>
          <w:szCs w:val="26"/>
        </w:rPr>
        <w:t>ứ</w:t>
      </w:r>
      <w:r w:rsidRPr="00865DF1">
        <w:rPr>
          <w:rFonts w:ascii="Times New Roman" w:hAnsi="Times New Roman" w:cs="Times New Roman"/>
          <w:sz w:val="26"/>
          <w:szCs w:val="26"/>
        </w:rPr>
        <w:t>c tranh đa s</w:t>
      </w:r>
      <w:r w:rsidRPr="00865DF1">
        <w:rPr>
          <w:rFonts w:ascii="Times New Roman" w:hAnsi="Times New Roman" w:cs="Times New Roman"/>
          <w:sz w:val="26"/>
          <w:szCs w:val="26"/>
        </w:rPr>
        <w:t>ắ</w:t>
      </w:r>
      <w:r w:rsidRPr="00865DF1">
        <w:rPr>
          <w:rFonts w:ascii="Times New Roman" w:hAnsi="Times New Roman" w:cs="Times New Roman"/>
          <w:sz w:val="26"/>
          <w:szCs w:val="26"/>
        </w:rPr>
        <w:t>c màu v</w:t>
      </w:r>
      <w:r w:rsidRPr="00865DF1">
        <w:rPr>
          <w:rFonts w:ascii="Times New Roman" w:hAnsi="Times New Roman" w:cs="Times New Roman"/>
          <w:sz w:val="26"/>
          <w:szCs w:val="26"/>
        </w:rPr>
        <w:t>ề</w:t>
      </w:r>
      <w:r w:rsidRPr="00865DF1">
        <w:rPr>
          <w:rFonts w:ascii="Times New Roman" w:hAnsi="Times New Roman" w:cs="Times New Roman"/>
          <w:sz w:val="26"/>
          <w:szCs w:val="26"/>
        </w:rPr>
        <w:t xml:space="preserve"> th</w:t>
      </w:r>
      <w:r w:rsidRPr="00865DF1">
        <w:rPr>
          <w:rFonts w:ascii="Times New Roman" w:hAnsi="Times New Roman" w:cs="Times New Roman"/>
          <w:sz w:val="26"/>
          <w:szCs w:val="26"/>
        </w:rPr>
        <w:t>ế</w:t>
      </w:r>
      <w:r w:rsidRPr="00865DF1">
        <w:rPr>
          <w:rFonts w:ascii="Times New Roman" w:hAnsi="Times New Roman" w:cs="Times New Roman"/>
          <w:sz w:val="26"/>
          <w:szCs w:val="26"/>
        </w:rPr>
        <w:t xml:space="preserve"> h</w:t>
      </w:r>
      <w:r w:rsidRPr="00865DF1">
        <w:rPr>
          <w:rFonts w:ascii="Times New Roman" w:hAnsi="Times New Roman" w:cs="Times New Roman"/>
          <w:sz w:val="26"/>
          <w:szCs w:val="26"/>
        </w:rPr>
        <w:t>ệ</w:t>
      </w:r>
      <w:r w:rsidRPr="00865DF1">
        <w:rPr>
          <w:rFonts w:ascii="Times New Roman" w:hAnsi="Times New Roman" w:cs="Times New Roman"/>
          <w:sz w:val="26"/>
          <w:szCs w:val="26"/>
        </w:rPr>
        <w:t xml:space="preserve"> tr</w:t>
      </w:r>
      <w:r w:rsidRPr="00865DF1">
        <w:rPr>
          <w:rFonts w:ascii="Times New Roman" w:hAnsi="Times New Roman" w:cs="Times New Roman"/>
          <w:sz w:val="26"/>
          <w:szCs w:val="26"/>
        </w:rPr>
        <w:t>ẻ</w:t>
      </w:r>
      <w:r w:rsidRPr="00865DF1">
        <w:rPr>
          <w:rFonts w:ascii="Times New Roman" w:hAnsi="Times New Roman" w:cs="Times New Roman"/>
          <w:sz w:val="26"/>
          <w:szCs w:val="26"/>
        </w:rPr>
        <w:t xml:space="preserve"> Nguy</w:t>
      </w:r>
      <w:r w:rsidRPr="00865DF1">
        <w:rPr>
          <w:rFonts w:ascii="Times New Roman" w:hAnsi="Times New Roman" w:cs="Times New Roman"/>
          <w:sz w:val="26"/>
          <w:szCs w:val="26"/>
        </w:rPr>
        <w:t>ễ</w:t>
      </w:r>
      <w:r w:rsidRPr="00865DF1">
        <w:rPr>
          <w:rFonts w:ascii="Times New Roman" w:hAnsi="Times New Roman" w:cs="Times New Roman"/>
          <w:sz w:val="26"/>
          <w:szCs w:val="26"/>
        </w:rPr>
        <w:t>n Đ</w:t>
      </w:r>
      <w:r w:rsidRPr="00865DF1">
        <w:rPr>
          <w:rFonts w:ascii="Times New Roman" w:hAnsi="Times New Roman" w:cs="Times New Roman"/>
          <w:sz w:val="26"/>
          <w:szCs w:val="26"/>
        </w:rPr>
        <w:t>ứ</w:t>
      </w:r>
      <w:r w:rsidRPr="00865DF1">
        <w:rPr>
          <w:rFonts w:ascii="Times New Roman" w:hAnsi="Times New Roman" w:cs="Times New Roman"/>
          <w:sz w:val="26"/>
          <w:szCs w:val="26"/>
        </w:rPr>
        <w:t>c Thu</w:t>
      </w:r>
      <w:r w:rsidRPr="00865DF1">
        <w:rPr>
          <w:rFonts w:ascii="Times New Roman" w:hAnsi="Times New Roman" w:cs="Times New Roman"/>
          <w:sz w:val="26"/>
          <w:szCs w:val="26"/>
        </w:rPr>
        <w:t>ậ</w:t>
      </w:r>
      <w:r w:rsidRPr="00865DF1">
        <w:rPr>
          <w:rFonts w:ascii="Times New Roman" w:hAnsi="Times New Roman" w:cs="Times New Roman"/>
          <w:sz w:val="26"/>
          <w:szCs w:val="26"/>
        </w:rPr>
        <w:t>n: kh</w:t>
      </w:r>
      <w:r w:rsidRPr="00865DF1">
        <w:rPr>
          <w:rFonts w:ascii="Times New Roman" w:hAnsi="Times New Roman" w:cs="Times New Roman"/>
          <w:sz w:val="26"/>
          <w:szCs w:val="26"/>
        </w:rPr>
        <w:t>ỏ</w:t>
      </w:r>
      <w:r w:rsidRPr="00865DF1">
        <w:rPr>
          <w:rFonts w:ascii="Times New Roman" w:hAnsi="Times New Roman" w:cs="Times New Roman"/>
          <w:sz w:val="26"/>
          <w:szCs w:val="26"/>
        </w:rPr>
        <w:t>e m</w:t>
      </w:r>
      <w:r w:rsidRPr="00865DF1">
        <w:rPr>
          <w:rFonts w:ascii="Times New Roman" w:hAnsi="Times New Roman" w:cs="Times New Roman"/>
          <w:sz w:val="26"/>
          <w:szCs w:val="26"/>
        </w:rPr>
        <w:t>ạ</w:t>
      </w:r>
      <w:r w:rsidRPr="00865DF1">
        <w:rPr>
          <w:rFonts w:ascii="Times New Roman" w:hAnsi="Times New Roman" w:cs="Times New Roman"/>
          <w:sz w:val="26"/>
          <w:szCs w:val="26"/>
        </w:rPr>
        <w:t>nh v</w:t>
      </w:r>
      <w:r w:rsidRPr="00865DF1">
        <w:rPr>
          <w:rFonts w:ascii="Times New Roman" w:hAnsi="Times New Roman" w:cs="Times New Roman"/>
          <w:sz w:val="26"/>
          <w:szCs w:val="26"/>
        </w:rPr>
        <w:t>ề</w:t>
      </w:r>
      <w:r w:rsidRPr="00865DF1">
        <w:rPr>
          <w:rFonts w:ascii="Times New Roman" w:hAnsi="Times New Roman" w:cs="Times New Roman"/>
          <w:sz w:val="26"/>
          <w:szCs w:val="26"/>
        </w:rPr>
        <w:t xml:space="preserve"> th</w:t>
      </w:r>
      <w:r w:rsidRPr="00865DF1">
        <w:rPr>
          <w:rFonts w:ascii="Times New Roman" w:hAnsi="Times New Roman" w:cs="Times New Roman"/>
          <w:sz w:val="26"/>
          <w:szCs w:val="26"/>
        </w:rPr>
        <w:t>ể</w:t>
      </w:r>
      <w:r w:rsidRPr="00865DF1">
        <w:rPr>
          <w:rFonts w:ascii="Times New Roman" w:hAnsi="Times New Roman" w:cs="Times New Roman"/>
          <w:sz w:val="26"/>
          <w:szCs w:val="26"/>
        </w:rPr>
        <w:t xml:space="preserve"> ch</w:t>
      </w:r>
      <w:r w:rsidRPr="00865DF1">
        <w:rPr>
          <w:rFonts w:ascii="Times New Roman" w:hAnsi="Times New Roman" w:cs="Times New Roman"/>
          <w:sz w:val="26"/>
          <w:szCs w:val="26"/>
        </w:rPr>
        <w:t>ấ</w:t>
      </w:r>
      <w:r w:rsidRPr="00865DF1">
        <w:rPr>
          <w:rFonts w:ascii="Times New Roman" w:hAnsi="Times New Roman" w:cs="Times New Roman"/>
          <w:sz w:val="26"/>
          <w:szCs w:val="26"/>
        </w:rPr>
        <w:t>t, v</w:t>
      </w:r>
      <w:r w:rsidRPr="00865DF1">
        <w:rPr>
          <w:rFonts w:ascii="Times New Roman" w:hAnsi="Times New Roman" w:cs="Times New Roman"/>
          <w:sz w:val="26"/>
          <w:szCs w:val="26"/>
        </w:rPr>
        <w:t>ữ</w:t>
      </w:r>
      <w:r w:rsidRPr="00865DF1">
        <w:rPr>
          <w:rFonts w:ascii="Times New Roman" w:hAnsi="Times New Roman" w:cs="Times New Roman"/>
          <w:sz w:val="26"/>
          <w:szCs w:val="26"/>
        </w:rPr>
        <w:t>ng vàng v</w:t>
      </w:r>
      <w:r w:rsidRPr="00865DF1">
        <w:rPr>
          <w:rFonts w:ascii="Times New Roman" w:hAnsi="Times New Roman" w:cs="Times New Roman"/>
          <w:sz w:val="26"/>
          <w:szCs w:val="26"/>
        </w:rPr>
        <w:t>ề</w:t>
      </w:r>
      <w:r w:rsidRPr="00865DF1">
        <w:rPr>
          <w:rFonts w:ascii="Times New Roman" w:hAnsi="Times New Roman" w:cs="Times New Roman"/>
          <w:sz w:val="26"/>
          <w:szCs w:val="26"/>
        </w:rPr>
        <w:t xml:space="preserve"> ý chí và phong phú </w:t>
      </w:r>
      <w:r w:rsidRPr="00865DF1">
        <w:rPr>
          <w:rFonts w:ascii="Times New Roman" w:hAnsi="Times New Roman" w:cs="Times New Roman"/>
          <w:sz w:val="26"/>
          <w:szCs w:val="26"/>
        </w:rPr>
        <w:lastRenderedPageBreak/>
        <w:t>trong tâm h</w:t>
      </w:r>
      <w:r w:rsidRPr="00865DF1">
        <w:rPr>
          <w:rFonts w:ascii="Times New Roman" w:hAnsi="Times New Roman" w:cs="Times New Roman"/>
          <w:sz w:val="26"/>
          <w:szCs w:val="26"/>
        </w:rPr>
        <w:t>ồ</w:t>
      </w:r>
      <w:r w:rsidRPr="00865DF1">
        <w:rPr>
          <w:rFonts w:ascii="Times New Roman" w:hAnsi="Times New Roman" w:cs="Times New Roman"/>
          <w:sz w:val="26"/>
          <w:szCs w:val="26"/>
        </w:rPr>
        <w:t>n.</w:t>
      </w:r>
      <w:r w:rsidR="00865DF1">
        <w:rPr>
          <w:rFonts w:ascii="Times New Roman" w:hAnsi="Times New Roman" w:cs="Times New Roman"/>
          <w:sz w:val="26"/>
          <w:szCs w:val="26"/>
        </w:rPr>
        <w:t xml:space="preserve"> </w:t>
      </w:r>
      <w:r w:rsidRPr="00865DF1">
        <w:rPr>
          <w:rFonts w:ascii="Times New Roman" w:hAnsi="Times New Roman" w:cs="Times New Roman"/>
          <w:sz w:val="26"/>
          <w:szCs w:val="26"/>
        </w:rPr>
        <w:t>Bên c</w:t>
      </w:r>
      <w:r w:rsidRPr="00865DF1">
        <w:rPr>
          <w:rFonts w:ascii="Times New Roman" w:hAnsi="Times New Roman" w:cs="Times New Roman"/>
          <w:sz w:val="26"/>
          <w:szCs w:val="26"/>
        </w:rPr>
        <w:t>ạ</w:t>
      </w:r>
      <w:r w:rsidRPr="00865DF1">
        <w:rPr>
          <w:rFonts w:ascii="Times New Roman" w:hAnsi="Times New Roman" w:cs="Times New Roman"/>
          <w:sz w:val="26"/>
          <w:szCs w:val="26"/>
        </w:rPr>
        <w:t>nh đó, ho</w:t>
      </w:r>
      <w:r w:rsidRPr="00865DF1">
        <w:rPr>
          <w:rFonts w:ascii="Times New Roman" w:hAnsi="Times New Roman" w:cs="Times New Roman"/>
          <w:sz w:val="26"/>
          <w:szCs w:val="26"/>
        </w:rPr>
        <w:t>ạ</w:t>
      </w:r>
      <w:r w:rsidRPr="00865DF1">
        <w:rPr>
          <w:rFonts w:ascii="Times New Roman" w:hAnsi="Times New Roman" w:cs="Times New Roman"/>
          <w:sz w:val="26"/>
          <w:szCs w:val="26"/>
        </w:rPr>
        <w:t>t đ</w:t>
      </w:r>
      <w:r w:rsidRPr="00865DF1">
        <w:rPr>
          <w:rFonts w:ascii="Times New Roman" w:hAnsi="Times New Roman" w:cs="Times New Roman"/>
          <w:sz w:val="26"/>
          <w:szCs w:val="26"/>
        </w:rPr>
        <w:t>ộ</w:t>
      </w:r>
      <w:r w:rsidRPr="00865DF1">
        <w:rPr>
          <w:rFonts w:ascii="Times New Roman" w:hAnsi="Times New Roman" w:cs="Times New Roman"/>
          <w:sz w:val="26"/>
          <w:szCs w:val="26"/>
        </w:rPr>
        <w:t>ng này còn góp ph</w:t>
      </w:r>
      <w:r w:rsidRPr="00865DF1">
        <w:rPr>
          <w:rFonts w:ascii="Times New Roman" w:hAnsi="Times New Roman" w:cs="Times New Roman"/>
          <w:sz w:val="26"/>
          <w:szCs w:val="26"/>
        </w:rPr>
        <w:t>ầ</w:t>
      </w:r>
      <w:r w:rsidRPr="00865DF1">
        <w:rPr>
          <w:rFonts w:ascii="Times New Roman" w:hAnsi="Times New Roman" w:cs="Times New Roman"/>
          <w:sz w:val="26"/>
          <w:szCs w:val="26"/>
        </w:rPr>
        <w:t>n khơi d</w:t>
      </w:r>
      <w:r w:rsidRPr="00865DF1">
        <w:rPr>
          <w:rFonts w:ascii="Times New Roman" w:hAnsi="Times New Roman" w:cs="Times New Roman"/>
          <w:sz w:val="26"/>
          <w:szCs w:val="26"/>
        </w:rPr>
        <w:t>ậ</w:t>
      </w:r>
      <w:r w:rsidRPr="00865DF1">
        <w:rPr>
          <w:rFonts w:ascii="Times New Roman" w:hAnsi="Times New Roman" w:cs="Times New Roman"/>
          <w:sz w:val="26"/>
          <w:szCs w:val="26"/>
        </w:rPr>
        <w:t>y ni</w:t>
      </w:r>
      <w:r w:rsidRPr="00865DF1">
        <w:rPr>
          <w:rFonts w:ascii="Times New Roman" w:hAnsi="Times New Roman" w:cs="Times New Roman"/>
          <w:sz w:val="26"/>
          <w:szCs w:val="26"/>
        </w:rPr>
        <w:t>ề</w:t>
      </w:r>
      <w:r w:rsidRPr="00865DF1">
        <w:rPr>
          <w:rFonts w:ascii="Times New Roman" w:hAnsi="Times New Roman" w:cs="Times New Roman"/>
          <w:sz w:val="26"/>
          <w:szCs w:val="26"/>
        </w:rPr>
        <w:t>m t</w:t>
      </w:r>
      <w:r w:rsidRPr="00865DF1">
        <w:rPr>
          <w:rFonts w:ascii="Times New Roman" w:hAnsi="Times New Roman" w:cs="Times New Roman"/>
          <w:sz w:val="26"/>
          <w:szCs w:val="26"/>
        </w:rPr>
        <w:t>ự</w:t>
      </w:r>
      <w:r w:rsidRPr="00865DF1">
        <w:rPr>
          <w:rFonts w:ascii="Times New Roman" w:hAnsi="Times New Roman" w:cs="Times New Roman"/>
          <w:sz w:val="26"/>
          <w:szCs w:val="26"/>
        </w:rPr>
        <w:t xml:space="preserve"> hào v</w:t>
      </w:r>
      <w:r w:rsidRPr="00865DF1">
        <w:rPr>
          <w:rFonts w:ascii="Times New Roman" w:hAnsi="Times New Roman" w:cs="Times New Roman"/>
          <w:sz w:val="26"/>
          <w:szCs w:val="26"/>
        </w:rPr>
        <w:t>ề</w:t>
      </w:r>
      <w:r w:rsidRPr="00865DF1">
        <w:rPr>
          <w:rFonts w:ascii="Times New Roman" w:hAnsi="Times New Roman" w:cs="Times New Roman"/>
          <w:sz w:val="26"/>
          <w:szCs w:val="26"/>
        </w:rPr>
        <w:t xml:space="preserve"> môn võ truy</w:t>
      </w:r>
      <w:r w:rsidRPr="00865DF1">
        <w:rPr>
          <w:rFonts w:ascii="Times New Roman" w:hAnsi="Times New Roman" w:cs="Times New Roman"/>
          <w:sz w:val="26"/>
          <w:szCs w:val="26"/>
        </w:rPr>
        <w:t>ề</w:t>
      </w:r>
      <w:r w:rsidRPr="00865DF1">
        <w:rPr>
          <w:rFonts w:ascii="Times New Roman" w:hAnsi="Times New Roman" w:cs="Times New Roman"/>
          <w:sz w:val="26"/>
          <w:szCs w:val="26"/>
        </w:rPr>
        <w:t>n th</w:t>
      </w:r>
      <w:r w:rsidRPr="00865DF1">
        <w:rPr>
          <w:rFonts w:ascii="Times New Roman" w:hAnsi="Times New Roman" w:cs="Times New Roman"/>
          <w:sz w:val="26"/>
          <w:szCs w:val="26"/>
        </w:rPr>
        <w:t>ố</w:t>
      </w:r>
      <w:r w:rsidRPr="00865DF1">
        <w:rPr>
          <w:rFonts w:ascii="Times New Roman" w:hAnsi="Times New Roman" w:cs="Times New Roman"/>
          <w:sz w:val="26"/>
          <w:szCs w:val="26"/>
        </w:rPr>
        <w:t>ng c</w:t>
      </w:r>
      <w:r w:rsidRPr="00865DF1">
        <w:rPr>
          <w:rFonts w:ascii="Times New Roman" w:hAnsi="Times New Roman" w:cs="Times New Roman"/>
          <w:sz w:val="26"/>
          <w:szCs w:val="26"/>
        </w:rPr>
        <w:t>ủ</w:t>
      </w:r>
      <w:r w:rsidRPr="00865DF1">
        <w:rPr>
          <w:rFonts w:ascii="Times New Roman" w:hAnsi="Times New Roman" w:cs="Times New Roman"/>
          <w:sz w:val="26"/>
          <w:szCs w:val="26"/>
        </w:rPr>
        <w:t>a dân t</w:t>
      </w:r>
      <w:r w:rsidRPr="00865DF1">
        <w:rPr>
          <w:rFonts w:ascii="Times New Roman" w:hAnsi="Times New Roman" w:cs="Times New Roman"/>
          <w:sz w:val="26"/>
          <w:szCs w:val="26"/>
        </w:rPr>
        <w:t>ộ</w:t>
      </w:r>
      <w:r w:rsidRPr="00865DF1">
        <w:rPr>
          <w:rFonts w:ascii="Times New Roman" w:hAnsi="Times New Roman" w:cs="Times New Roman"/>
          <w:sz w:val="26"/>
          <w:szCs w:val="26"/>
        </w:rPr>
        <w:t>c. Trong t</w:t>
      </w:r>
      <w:r w:rsidRPr="00865DF1">
        <w:rPr>
          <w:rFonts w:ascii="Times New Roman" w:hAnsi="Times New Roman" w:cs="Times New Roman"/>
          <w:sz w:val="26"/>
          <w:szCs w:val="26"/>
        </w:rPr>
        <w:t>ừ</w:t>
      </w:r>
      <w:r w:rsidRPr="00865DF1">
        <w:rPr>
          <w:rFonts w:ascii="Times New Roman" w:hAnsi="Times New Roman" w:cs="Times New Roman"/>
          <w:sz w:val="26"/>
          <w:szCs w:val="26"/>
        </w:rPr>
        <w:t>ng đ</w:t>
      </w:r>
      <w:r w:rsidRPr="00865DF1">
        <w:rPr>
          <w:rFonts w:ascii="Times New Roman" w:hAnsi="Times New Roman" w:cs="Times New Roman"/>
          <w:sz w:val="26"/>
          <w:szCs w:val="26"/>
        </w:rPr>
        <w:t>ộ</w:t>
      </w:r>
      <w:r w:rsidRPr="00865DF1">
        <w:rPr>
          <w:rFonts w:ascii="Times New Roman" w:hAnsi="Times New Roman" w:cs="Times New Roman"/>
          <w:sz w:val="26"/>
          <w:szCs w:val="26"/>
        </w:rPr>
        <w:t>ng tác Vovinam, ngư</w:t>
      </w:r>
      <w:r w:rsidRPr="00865DF1">
        <w:rPr>
          <w:rFonts w:ascii="Times New Roman" w:hAnsi="Times New Roman" w:cs="Times New Roman"/>
          <w:sz w:val="26"/>
          <w:szCs w:val="26"/>
        </w:rPr>
        <w:t>ờ</w:t>
      </w:r>
      <w:r w:rsidRPr="00865DF1">
        <w:rPr>
          <w:rFonts w:ascii="Times New Roman" w:hAnsi="Times New Roman" w:cs="Times New Roman"/>
          <w:sz w:val="26"/>
          <w:szCs w:val="26"/>
        </w:rPr>
        <w:t>i ta có th</w:t>
      </w:r>
      <w:r w:rsidRPr="00865DF1">
        <w:rPr>
          <w:rFonts w:ascii="Times New Roman" w:hAnsi="Times New Roman" w:cs="Times New Roman"/>
          <w:sz w:val="26"/>
          <w:szCs w:val="26"/>
        </w:rPr>
        <w:t>ể</w:t>
      </w:r>
      <w:r w:rsidRPr="00865DF1">
        <w:rPr>
          <w:rFonts w:ascii="Times New Roman" w:hAnsi="Times New Roman" w:cs="Times New Roman"/>
          <w:sz w:val="26"/>
          <w:szCs w:val="26"/>
        </w:rPr>
        <w:t xml:space="preserve"> c</w:t>
      </w:r>
      <w:r w:rsidRPr="00865DF1">
        <w:rPr>
          <w:rFonts w:ascii="Times New Roman" w:hAnsi="Times New Roman" w:cs="Times New Roman"/>
          <w:sz w:val="26"/>
          <w:szCs w:val="26"/>
        </w:rPr>
        <w:t>ả</w:t>
      </w:r>
      <w:r w:rsidRPr="00865DF1">
        <w:rPr>
          <w:rFonts w:ascii="Times New Roman" w:hAnsi="Times New Roman" w:cs="Times New Roman"/>
          <w:sz w:val="26"/>
          <w:szCs w:val="26"/>
        </w:rPr>
        <w:t>m nh</w:t>
      </w:r>
      <w:r w:rsidRPr="00865DF1">
        <w:rPr>
          <w:rFonts w:ascii="Times New Roman" w:hAnsi="Times New Roman" w:cs="Times New Roman"/>
          <w:sz w:val="26"/>
          <w:szCs w:val="26"/>
        </w:rPr>
        <w:t>ậ</w:t>
      </w:r>
      <w:r w:rsidRPr="00865DF1">
        <w:rPr>
          <w:rFonts w:ascii="Times New Roman" w:hAnsi="Times New Roman" w:cs="Times New Roman"/>
          <w:sz w:val="26"/>
          <w:szCs w:val="26"/>
        </w:rPr>
        <w:t>n rõ tinh th</w:t>
      </w:r>
      <w:r w:rsidRPr="00865DF1">
        <w:rPr>
          <w:rFonts w:ascii="Times New Roman" w:hAnsi="Times New Roman" w:cs="Times New Roman"/>
          <w:sz w:val="26"/>
          <w:szCs w:val="26"/>
        </w:rPr>
        <w:t>ầ</w:t>
      </w:r>
      <w:r w:rsidRPr="00865DF1">
        <w:rPr>
          <w:rFonts w:ascii="Times New Roman" w:hAnsi="Times New Roman" w:cs="Times New Roman"/>
          <w:sz w:val="26"/>
          <w:szCs w:val="26"/>
        </w:rPr>
        <w:t>n Vi</w:t>
      </w:r>
      <w:r w:rsidRPr="00865DF1">
        <w:rPr>
          <w:rFonts w:ascii="Times New Roman" w:hAnsi="Times New Roman" w:cs="Times New Roman"/>
          <w:sz w:val="26"/>
          <w:szCs w:val="26"/>
        </w:rPr>
        <w:t>ệ</w:t>
      </w:r>
      <w:r w:rsidRPr="00865DF1">
        <w:rPr>
          <w:rFonts w:ascii="Times New Roman" w:hAnsi="Times New Roman" w:cs="Times New Roman"/>
          <w:sz w:val="26"/>
          <w:szCs w:val="26"/>
        </w:rPr>
        <w:t>t Nam – m</w:t>
      </w:r>
      <w:r w:rsidRPr="00865DF1">
        <w:rPr>
          <w:rFonts w:ascii="Times New Roman" w:hAnsi="Times New Roman" w:cs="Times New Roman"/>
          <w:sz w:val="26"/>
          <w:szCs w:val="26"/>
        </w:rPr>
        <w:t>ạ</w:t>
      </w:r>
      <w:r w:rsidRPr="00865DF1">
        <w:rPr>
          <w:rFonts w:ascii="Times New Roman" w:hAnsi="Times New Roman" w:cs="Times New Roman"/>
          <w:sz w:val="26"/>
          <w:szCs w:val="26"/>
        </w:rPr>
        <w:t>nh m</w:t>
      </w:r>
      <w:r w:rsidRPr="00865DF1">
        <w:rPr>
          <w:rFonts w:ascii="Times New Roman" w:hAnsi="Times New Roman" w:cs="Times New Roman"/>
          <w:sz w:val="26"/>
          <w:szCs w:val="26"/>
        </w:rPr>
        <w:t>ẽ</w:t>
      </w:r>
      <w:r w:rsidRPr="00865DF1">
        <w:rPr>
          <w:rFonts w:ascii="Times New Roman" w:hAnsi="Times New Roman" w:cs="Times New Roman"/>
          <w:sz w:val="26"/>
          <w:szCs w:val="26"/>
        </w:rPr>
        <w:t>, kiên cư</w:t>
      </w:r>
      <w:r w:rsidRPr="00865DF1">
        <w:rPr>
          <w:rFonts w:ascii="Times New Roman" w:hAnsi="Times New Roman" w:cs="Times New Roman"/>
          <w:sz w:val="26"/>
          <w:szCs w:val="26"/>
        </w:rPr>
        <w:t>ờ</w:t>
      </w:r>
      <w:r w:rsidRPr="00865DF1">
        <w:rPr>
          <w:rFonts w:ascii="Times New Roman" w:hAnsi="Times New Roman" w:cs="Times New Roman"/>
          <w:sz w:val="26"/>
          <w:szCs w:val="26"/>
        </w:rPr>
        <w:t>ng nhưng cũng linh ho</w:t>
      </w:r>
      <w:r w:rsidRPr="00865DF1">
        <w:rPr>
          <w:rFonts w:ascii="Times New Roman" w:hAnsi="Times New Roman" w:cs="Times New Roman"/>
          <w:sz w:val="26"/>
          <w:szCs w:val="26"/>
        </w:rPr>
        <w:t>ạ</w:t>
      </w:r>
      <w:r w:rsidRPr="00865DF1">
        <w:rPr>
          <w:rFonts w:ascii="Times New Roman" w:hAnsi="Times New Roman" w:cs="Times New Roman"/>
          <w:sz w:val="26"/>
          <w:szCs w:val="26"/>
        </w:rPr>
        <w:t>t và uy</w:t>
      </w:r>
      <w:r w:rsidRPr="00865DF1">
        <w:rPr>
          <w:rFonts w:ascii="Times New Roman" w:hAnsi="Times New Roman" w:cs="Times New Roman"/>
          <w:sz w:val="26"/>
          <w:szCs w:val="26"/>
        </w:rPr>
        <w:t>ể</w:t>
      </w:r>
      <w:r w:rsidRPr="00865DF1">
        <w:rPr>
          <w:rFonts w:ascii="Times New Roman" w:hAnsi="Times New Roman" w:cs="Times New Roman"/>
          <w:sz w:val="26"/>
          <w:szCs w:val="26"/>
        </w:rPr>
        <w:t>n chuy</w:t>
      </w:r>
      <w:r w:rsidRPr="00865DF1">
        <w:rPr>
          <w:rFonts w:ascii="Times New Roman" w:hAnsi="Times New Roman" w:cs="Times New Roman"/>
          <w:sz w:val="26"/>
          <w:szCs w:val="26"/>
        </w:rPr>
        <w:t>ể</w:t>
      </w:r>
      <w:r w:rsidRPr="00865DF1">
        <w:rPr>
          <w:rFonts w:ascii="Times New Roman" w:hAnsi="Times New Roman" w:cs="Times New Roman"/>
          <w:sz w:val="26"/>
          <w:szCs w:val="26"/>
        </w:rPr>
        <w:t>n. V</w:t>
      </w:r>
      <w:r w:rsidRPr="00865DF1">
        <w:rPr>
          <w:rFonts w:ascii="Times New Roman" w:hAnsi="Times New Roman" w:cs="Times New Roman"/>
          <w:sz w:val="26"/>
          <w:szCs w:val="26"/>
        </w:rPr>
        <w:t>ớ</w:t>
      </w:r>
      <w:r w:rsidRPr="00865DF1">
        <w:rPr>
          <w:rFonts w:ascii="Times New Roman" w:hAnsi="Times New Roman" w:cs="Times New Roman"/>
          <w:sz w:val="26"/>
          <w:szCs w:val="26"/>
        </w:rPr>
        <w:t>i h</w:t>
      </w:r>
      <w:r w:rsidRPr="00865DF1">
        <w:rPr>
          <w:rFonts w:ascii="Times New Roman" w:hAnsi="Times New Roman" w:cs="Times New Roman"/>
          <w:sz w:val="26"/>
          <w:szCs w:val="26"/>
        </w:rPr>
        <w:t>ọ</w:t>
      </w:r>
      <w:r w:rsidRPr="00865DF1">
        <w:rPr>
          <w:rFonts w:ascii="Times New Roman" w:hAnsi="Times New Roman" w:cs="Times New Roman"/>
          <w:sz w:val="26"/>
          <w:szCs w:val="26"/>
        </w:rPr>
        <w:t>c sinh, vi</w:t>
      </w:r>
      <w:r w:rsidRPr="00865DF1">
        <w:rPr>
          <w:rFonts w:ascii="Times New Roman" w:hAnsi="Times New Roman" w:cs="Times New Roman"/>
          <w:sz w:val="26"/>
          <w:szCs w:val="26"/>
        </w:rPr>
        <w:t>ệ</w:t>
      </w:r>
      <w:r w:rsidRPr="00865DF1">
        <w:rPr>
          <w:rFonts w:ascii="Times New Roman" w:hAnsi="Times New Roman" w:cs="Times New Roman"/>
          <w:sz w:val="26"/>
          <w:szCs w:val="26"/>
        </w:rPr>
        <w:t>c đư</w:t>
      </w:r>
      <w:r w:rsidRPr="00865DF1">
        <w:rPr>
          <w:rFonts w:ascii="Times New Roman" w:hAnsi="Times New Roman" w:cs="Times New Roman"/>
          <w:sz w:val="26"/>
          <w:szCs w:val="26"/>
        </w:rPr>
        <w:t>ợ</w:t>
      </w:r>
      <w:r w:rsidRPr="00865DF1">
        <w:rPr>
          <w:rFonts w:ascii="Times New Roman" w:hAnsi="Times New Roman" w:cs="Times New Roman"/>
          <w:sz w:val="26"/>
          <w:szCs w:val="26"/>
        </w:rPr>
        <w:t>c ti</w:t>
      </w:r>
      <w:r w:rsidRPr="00865DF1">
        <w:rPr>
          <w:rFonts w:ascii="Times New Roman" w:hAnsi="Times New Roman" w:cs="Times New Roman"/>
          <w:sz w:val="26"/>
          <w:szCs w:val="26"/>
        </w:rPr>
        <w:t>ế</w:t>
      </w:r>
      <w:r w:rsidRPr="00865DF1">
        <w:rPr>
          <w:rFonts w:ascii="Times New Roman" w:hAnsi="Times New Roman" w:cs="Times New Roman"/>
          <w:sz w:val="26"/>
          <w:szCs w:val="26"/>
        </w:rPr>
        <w:t>p c</w:t>
      </w:r>
      <w:r w:rsidRPr="00865DF1">
        <w:rPr>
          <w:rFonts w:ascii="Times New Roman" w:hAnsi="Times New Roman" w:cs="Times New Roman"/>
          <w:sz w:val="26"/>
          <w:szCs w:val="26"/>
        </w:rPr>
        <w:t>ậ</w:t>
      </w:r>
      <w:r w:rsidRPr="00865DF1">
        <w:rPr>
          <w:rFonts w:ascii="Times New Roman" w:hAnsi="Times New Roman" w:cs="Times New Roman"/>
          <w:sz w:val="26"/>
          <w:szCs w:val="26"/>
        </w:rPr>
        <w:t>n và rèn luy</w:t>
      </w:r>
      <w:r w:rsidRPr="00865DF1">
        <w:rPr>
          <w:rFonts w:ascii="Times New Roman" w:hAnsi="Times New Roman" w:cs="Times New Roman"/>
          <w:sz w:val="26"/>
          <w:szCs w:val="26"/>
        </w:rPr>
        <w:t>ệ</w:t>
      </w:r>
      <w:r w:rsidRPr="00865DF1">
        <w:rPr>
          <w:rFonts w:ascii="Times New Roman" w:hAnsi="Times New Roman" w:cs="Times New Roman"/>
          <w:sz w:val="26"/>
          <w:szCs w:val="26"/>
        </w:rPr>
        <w:t>n môn võ này không ch</w:t>
      </w:r>
      <w:r w:rsidRPr="00865DF1">
        <w:rPr>
          <w:rFonts w:ascii="Times New Roman" w:hAnsi="Times New Roman" w:cs="Times New Roman"/>
          <w:sz w:val="26"/>
          <w:szCs w:val="26"/>
        </w:rPr>
        <w:t>ỉ</w:t>
      </w:r>
      <w:r w:rsidRPr="00865DF1">
        <w:rPr>
          <w:rFonts w:ascii="Times New Roman" w:hAnsi="Times New Roman" w:cs="Times New Roman"/>
          <w:sz w:val="26"/>
          <w:szCs w:val="26"/>
        </w:rPr>
        <w:t xml:space="preserve"> giúp nâng cao th</w:t>
      </w:r>
      <w:r w:rsidRPr="00865DF1">
        <w:rPr>
          <w:rFonts w:ascii="Times New Roman" w:hAnsi="Times New Roman" w:cs="Times New Roman"/>
          <w:sz w:val="26"/>
          <w:szCs w:val="26"/>
        </w:rPr>
        <w:t>ể</w:t>
      </w:r>
      <w:r w:rsidRPr="00865DF1">
        <w:rPr>
          <w:rFonts w:ascii="Times New Roman" w:hAnsi="Times New Roman" w:cs="Times New Roman"/>
          <w:sz w:val="26"/>
          <w:szCs w:val="26"/>
        </w:rPr>
        <w:t xml:space="preserve"> ch</w:t>
      </w:r>
      <w:r w:rsidRPr="00865DF1">
        <w:rPr>
          <w:rFonts w:ascii="Times New Roman" w:hAnsi="Times New Roman" w:cs="Times New Roman"/>
          <w:sz w:val="26"/>
          <w:szCs w:val="26"/>
        </w:rPr>
        <w:t>ấ</w:t>
      </w:r>
      <w:r w:rsidRPr="00865DF1">
        <w:rPr>
          <w:rFonts w:ascii="Times New Roman" w:hAnsi="Times New Roman" w:cs="Times New Roman"/>
          <w:sz w:val="26"/>
          <w:szCs w:val="26"/>
        </w:rPr>
        <w:t>t mà còn nuôi dư</w:t>
      </w:r>
      <w:r w:rsidRPr="00865DF1">
        <w:rPr>
          <w:rFonts w:ascii="Times New Roman" w:hAnsi="Times New Roman" w:cs="Times New Roman"/>
          <w:sz w:val="26"/>
          <w:szCs w:val="26"/>
        </w:rPr>
        <w:t>ỡ</w:t>
      </w:r>
      <w:r w:rsidRPr="00865DF1">
        <w:rPr>
          <w:rFonts w:ascii="Times New Roman" w:hAnsi="Times New Roman" w:cs="Times New Roman"/>
          <w:sz w:val="26"/>
          <w:szCs w:val="26"/>
        </w:rPr>
        <w:t>ng ý th</w:t>
      </w:r>
      <w:r w:rsidRPr="00865DF1">
        <w:rPr>
          <w:rFonts w:ascii="Times New Roman" w:hAnsi="Times New Roman" w:cs="Times New Roman"/>
          <w:sz w:val="26"/>
          <w:szCs w:val="26"/>
        </w:rPr>
        <w:t>ứ</w:t>
      </w:r>
      <w:r w:rsidRPr="00865DF1">
        <w:rPr>
          <w:rFonts w:ascii="Times New Roman" w:hAnsi="Times New Roman" w:cs="Times New Roman"/>
          <w:sz w:val="26"/>
          <w:szCs w:val="26"/>
        </w:rPr>
        <w:t>c gìn gi</w:t>
      </w:r>
      <w:r w:rsidRPr="00865DF1">
        <w:rPr>
          <w:rFonts w:ascii="Times New Roman" w:hAnsi="Times New Roman" w:cs="Times New Roman"/>
          <w:sz w:val="26"/>
          <w:szCs w:val="26"/>
        </w:rPr>
        <w:t>ữ</w:t>
      </w:r>
      <w:r w:rsidRPr="00865DF1">
        <w:rPr>
          <w:rFonts w:ascii="Times New Roman" w:hAnsi="Times New Roman" w:cs="Times New Roman"/>
          <w:sz w:val="26"/>
          <w:szCs w:val="26"/>
        </w:rPr>
        <w:t xml:space="preserve"> nh</w:t>
      </w:r>
      <w:r w:rsidRPr="00865DF1">
        <w:rPr>
          <w:rFonts w:ascii="Times New Roman" w:hAnsi="Times New Roman" w:cs="Times New Roman"/>
          <w:sz w:val="26"/>
          <w:szCs w:val="26"/>
        </w:rPr>
        <w:t>ữ</w:t>
      </w:r>
      <w:r w:rsidRPr="00865DF1">
        <w:rPr>
          <w:rFonts w:ascii="Times New Roman" w:hAnsi="Times New Roman" w:cs="Times New Roman"/>
          <w:sz w:val="26"/>
          <w:szCs w:val="26"/>
        </w:rPr>
        <w:t>ng giá tr</w:t>
      </w:r>
      <w:r w:rsidRPr="00865DF1">
        <w:rPr>
          <w:rFonts w:ascii="Times New Roman" w:hAnsi="Times New Roman" w:cs="Times New Roman"/>
          <w:sz w:val="26"/>
          <w:szCs w:val="26"/>
        </w:rPr>
        <w:t>ị</w:t>
      </w:r>
      <w:r w:rsidRPr="00865DF1">
        <w:rPr>
          <w:rFonts w:ascii="Times New Roman" w:hAnsi="Times New Roman" w:cs="Times New Roman"/>
          <w:sz w:val="26"/>
          <w:szCs w:val="26"/>
        </w:rPr>
        <w:t xml:space="preserve"> văn hóa lâu b</w:t>
      </w:r>
      <w:r w:rsidRPr="00865DF1">
        <w:rPr>
          <w:rFonts w:ascii="Times New Roman" w:hAnsi="Times New Roman" w:cs="Times New Roman"/>
          <w:sz w:val="26"/>
          <w:szCs w:val="26"/>
        </w:rPr>
        <w:t>ề</w:t>
      </w:r>
      <w:r w:rsidRPr="00865DF1">
        <w:rPr>
          <w:rFonts w:ascii="Times New Roman" w:hAnsi="Times New Roman" w:cs="Times New Roman"/>
          <w:sz w:val="26"/>
          <w:szCs w:val="26"/>
        </w:rPr>
        <w:t>n.</w:t>
      </w:r>
    </w:p>
    <w:p w14:paraId="6AB16ED3" w14:textId="7D7471BC" w:rsidR="00AC1FF6" w:rsidRPr="00865DF1" w:rsidRDefault="001831E9" w:rsidP="00865DF1">
      <w:pPr>
        <w:spacing w:after="0"/>
        <w:ind w:firstLine="72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Đặc biệt trong suốt các buổi tập luôn có sự </w:t>
      </w:r>
      <w:r w:rsidRPr="00865DF1">
        <w:rPr>
          <w:rFonts w:ascii="Times New Roman" w:hAnsi="Times New Roman" w:cs="Times New Roman"/>
          <w:sz w:val="26"/>
          <w:szCs w:val="26"/>
        </w:rPr>
        <w:t>đồng hành của thầy cô. Không chỉ là người hướng dẫn, thầy cô còn là nguồn động viên tinh thần lớn lao. Những lời góp ý chân thành, những ánh mắt khích lệ âm thầm đã tiếp thêm động lực để học sinh nỗ lực hơn</w:t>
      </w:r>
      <w:r>
        <w:rPr>
          <w:rFonts w:ascii="Times New Roman" w:hAnsi="Times New Roman" w:cs="Times New Roman"/>
          <w:sz w:val="26"/>
          <w:szCs w:val="26"/>
        </w:rPr>
        <w:t xml:space="preserve"> trong mỗi bài tập</w:t>
      </w:r>
      <w:r w:rsidRPr="00865DF1">
        <w:rPr>
          <w:rFonts w:ascii="Times New Roman" w:hAnsi="Times New Roman" w:cs="Times New Roman"/>
          <w:sz w:val="26"/>
          <w:szCs w:val="26"/>
        </w:rPr>
        <w:t>. Chính sự gắn kết giữa thầy và trò đã khiến</w:t>
      </w:r>
      <w:r w:rsidR="00D77116">
        <w:rPr>
          <w:rFonts w:ascii="Times New Roman" w:hAnsi="Times New Roman" w:cs="Times New Roman"/>
          <w:sz w:val="26"/>
          <w:szCs w:val="26"/>
        </w:rPr>
        <w:t xml:space="preserve"> việc</w:t>
      </w:r>
      <w:r w:rsidRPr="00865DF1">
        <w:rPr>
          <w:rFonts w:ascii="Times New Roman" w:hAnsi="Times New Roman" w:cs="Times New Roman"/>
          <w:sz w:val="26"/>
          <w:szCs w:val="26"/>
        </w:rPr>
        <w:t xml:space="preserve"> </w:t>
      </w:r>
      <w:r w:rsidR="00D77116">
        <w:rPr>
          <w:rFonts w:ascii="Times New Roman" w:hAnsi="Times New Roman" w:cs="Times New Roman"/>
          <w:sz w:val="26"/>
          <w:szCs w:val="26"/>
        </w:rPr>
        <w:t xml:space="preserve">đồng diễn vovinam </w:t>
      </w:r>
      <w:r w:rsidRPr="00865DF1">
        <w:rPr>
          <w:rFonts w:ascii="Times New Roman" w:hAnsi="Times New Roman" w:cs="Times New Roman"/>
          <w:sz w:val="26"/>
          <w:szCs w:val="26"/>
        </w:rPr>
        <w:t xml:space="preserve">không chỉ là hoạt động ngoại khóa mà còn trở thành một ký ức ấm áp của tuổi học </w:t>
      </w:r>
      <w:r w:rsidR="00D77116">
        <w:rPr>
          <w:rFonts w:ascii="Times New Roman" w:hAnsi="Times New Roman" w:cs="Times New Roman"/>
          <w:sz w:val="26"/>
          <w:szCs w:val="26"/>
        </w:rPr>
        <w:t>trò</w:t>
      </w:r>
      <w:r w:rsidRPr="00865DF1">
        <w:rPr>
          <w:rFonts w:ascii="Times New Roman" w:hAnsi="Times New Roman" w:cs="Times New Roman"/>
          <w:sz w:val="26"/>
          <w:szCs w:val="26"/>
        </w:rPr>
        <w:t>.</w:t>
      </w:r>
    </w:p>
    <w:p w14:paraId="33F579A8" w14:textId="77777777" w:rsidR="00AC1FF6" w:rsidRPr="00865DF1" w:rsidRDefault="00923DD3" w:rsidP="00865DF1">
      <w:pPr>
        <w:spacing w:after="0"/>
        <w:jc w:val="both"/>
        <w:rPr>
          <w:rFonts w:ascii="Times New Roman" w:hAnsi="Times New Roman" w:cs="Times New Roman"/>
          <w:b/>
          <w:bCs/>
          <w:sz w:val="26"/>
          <w:szCs w:val="26"/>
        </w:rPr>
      </w:pPr>
      <w:r w:rsidRPr="00865DF1">
        <w:rPr>
          <w:rFonts w:ascii="Times New Roman" w:hAnsi="Times New Roman" w:cs="Times New Roman"/>
          <w:b/>
          <w:bCs/>
          <w:sz w:val="26"/>
          <w:szCs w:val="26"/>
        </w:rPr>
        <w:t>Hành trình c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ủ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a m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ồ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 xml:space="preserve"> hôi và nhi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ệ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t huy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ế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t</w:t>
      </w:r>
    </w:p>
    <w:p w14:paraId="6918F583" w14:textId="5E6DBEB0" w:rsidR="00AC1FF6" w:rsidRPr="00865DF1" w:rsidRDefault="00923DD3" w:rsidP="00865DF1">
      <w:pPr>
        <w:spacing w:after="0"/>
        <w:ind w:firstLine="720"/>
        <w:jc w:val="both"/>
        <w:rPr>
          <w:rFonts w:ascii="Times New Roman" w:hAnsi="Times New Roman" w:cs="Times New Roman"/>
          <w:sz w:val="26"/>
          <w:szCs w:val="26"/>
        </w:rPr>
      </w:pPr>
      <w:r w:rsidRPr="00865DF1">
        <w:rPr>
          <w:rFonts w:ascii="Times New Roman" w:hAnsi="Times New Roman" w:cs="Times New Roman"/>
          <w:sz w:val="26"/>
          <w:szCs w:val="26"/>
        </w:rPr>
        <w:t>Đ</w:t>
      </w:r>
      <w:r w:rsidRPr="00865DF1">
        <w:rPr>
          <w:rFonts w:ascii="Times New Roman" w:hAnsi="Times New Roman" w:cs="Times New Roman"/>
          <w:sz w:val="26"/>
          <w:szCs w:val="26"/>
        </w:rPr>
        <w:t>ằ</w:t>
      </w:r>
      <w:r w:rsidRPr="00865DF1">
        <w:rPr>
          <w:rFonts w:ascii="Times New Roman" w:hAnsi="Times New Roman" w:cs="Times New Roman"/>
          <w:sz w:val="26"/>
          <w:szCs w:val="26"/>
        </w:rPr>
        <w:t>ng sau nh</w:t>
      </w:r>
      <w:r w:rsidRPr="00865DF1">
        <w:rPr>
          <w:rFonts w:ascii="Times New Roman" w:hAnsi="Times New Roman" w:cs="Times New Roman"/>
          <w:sz w:val="26"/>
          <w:szCs w:val="26"/>
        </w:rPr>
        <w:t>ữ</w:t>
      </w:r>
      <w:r w:rsidRPr="00865DF1">
        <w:rPr>
          <w:rFonts w:ascii="Times New Roman" w:hAnsi="Times New Roman" w:cs="Times New Roman"/>
          <w:sz w:val="26"/>
          <w:szCs w:val="26"/>
        </w:rPr>
        <w:t>ng phút giây thăng hoa trên sân trư</w:t>
      </w:r>
      <w:r w:rsidRPr="00865DF1">
        <w:rPr>
          <w:rFonts w:ascii="Times New Roman" w:hAnsi="Times New Roman" w:cs="Times New Roman"/>
          <w:sz w:val="26"/>
          <w:szCs w:val="26"/>
        </w:rPr>
        <w:t>ờ</w:t>
      </w:r>
      <w:r w:rsidRPr="00865DF1">
        <w:rPr>
          <w:rFonts w:ascii="Times New Roman" w:hAnsi="Times New Roman" w:cs="Times New Roman"/>
          <w:sz w:val="26"/>
          <w:szCs w:val="26"/>
        </w:rPr>
        <w:t>ng là c</w:t>
      </w:r>
      <w:r w:rsidRPr="00865DF1">
        <w:rPr>
          <w:rFonts w:ascii="Times New Roman" w:hAnsi="Times New Roman" w:cs="Times New Roman"/>
          <w:sz w:val="26"/>
          <w:szCs w:val="26"/>
        </w:rPr>
        <w:t>ả</w:t>
      </w:r>
      <w:r w:rsidRPr="00865DF1">
        <w:rPr>
          <w:rFonts w:ascii="Times New Roman" w:hAnsi="Times New Roman" w:cs="Times New Roman"/>
          <w:sz w:val="26"/>
          <w:szCs w:val="26"/>
        </w:rPr>
        <w:t xml:space="preserve"> m</w:t>
      </w:r>
      <w:r w:rsidRPr="00865DF1">
        <w:rPr>
          <w:rFonts w:ascii="Times New Roman" w:hAnsi="Times New Roman" w:cs="Times New Roman"/>
          <w:sz w:val="26"/>
          <w:szCs w:val="26"/>
        </w:rPr>
        <w:t>ộ</w:t>
      </w:r>
      <w:r w:rsidRPr="00865DF1">
        <w:rPr>
          <w:rFonts w:ascii="Times New Roman" w:hAnsi="Times New Roman" w:cs="Times New Roman"/>
          <w:sz w:val="26"/>
          <w:szCs w:val="26"/>
        </w:rPr>
        <w:t>t hành trình dài đư</w:t>
      </w:r>
      <w:r w:rsidRPr="00865DF1">
        <w:rPr>
          <w:rFonts w:ascii="Times New Roman" w:hAnsi="Times New Roman" w:cs="Times New Roman"/>
          <w:sz w:val="26"/>
          <w:szCs w:val="26"/>
        </w:rPr>
        <w:t>ợ</w:t>
      </w:r>
      <w:r w:rsidRPr="00865DF1">
        <w:rPr>
          <w:rFonts w:ascii="Times New Roman" w:hAnsi="Times New Roman" w:cs="Times New Roman"/>
          <w:sz w:val="26"/>
          <w:szCs w:val="26"/>
        </w:rPr>
        <w:t>c đánh đ</w:t>
      </w:r>
      <w:r w:rsidRPr="00865DF1">
        <w:rPr>
          <w:rFonts w:ascii="Times New Roman" w:hAnsi="Times New Roman" w:cs="Times New Roman"/>
          <w:sz w:val="26"/>
          <w:szCs w:val="26"/>
        </w:rPr>
        <w:t>ổ</w:t>
      </w:r>
      <w:r w:rsidRPr="00865DF1">
        <w:rPr>
          <w:rFonts w:ascii="Times New Roman" w:hAnsi="Times New Roman" w:cs="Times New Roman"/>
          <w:sz w:val="26"/>
          <w:szCs w:val="26"/>
        </w:rPr>
        <w:t>i b</w:t>
      </w:r>
      <w:r w:rsidRPr="00865DF1">
        <w:rPr>
          <w:rFonts w:ascii="Times New Roman" w:hAnsi="Times New Roman" w:cs="Times New Roman"/>
          <w:sz w:val="26"/>
          <w:szCs w:val="26"/>
        </w:rPr>
        <w:t>ằ</w:t>
      </w:r>
      <w:r w:rsidRPr="00865DF1">
        <w:rPr>
          <w:rFonts w:ascii="Times New Roman" w:hAnsi="Times New Roman" w:cs="Times New Roman"/>
          <w:sz w:val="26"/>
          <w:szCs w:val="26"/>
        </w:rPr>
        <w:t>ng m</w:t>
      </w:r>
      <w:r w:rsidRPr="00865DF1">
        <w:rPr>
          <w:rFonts w:ascii="Times New Roman" w:hAnsi="Times New Roman" w:cs="Times New Roman"/>
          <w:sz w:val="26"/>
          <w:szCs w:val="26"/>
        </w:rPr>
        <w:t>ồ</w:t>
      </w:r>
      <w:r w:rsidRPr="00865DF1">
        <w:rPr>
          <w:rFonts w:ascii="Times New Roman" w:hAnsi="Times New Roman" w:cs="Times New Roman"/>
          <w:sz w:val="26"/>
          <w:szCs w:val="26"/>
        </w:rPr>
        <w:t xml:space="preserve"> hôi, s</w:t>
      </w:r>
      <w:r w:rsidRPr="00865DF1">
        <w:rPr>
          <w:rFonts w:ascii="Times New Roman" w:hAnsi="Times New Roman" w:cs="Times New Roman"/>
          <w:sz w:val="26"/>
          <w:szCs w:val="26"/>
        </w:rPr>
        <w:t>ự</w:t>
      </w:r>
      <w:r w:rsidRPr="00865DF1">
        <w:rPr>
          <w:rFonts w:ascii="Times New Roman" w:hAnsi="Times New Roman" w:cs="Times New Roman"/>
          <w:sz w:val="26"/>
          <w:szCs w:val="26"/>
        </w:rPr>
        <w:t xml:space="preserve"> b</w:t>
      </w:r>
      <w:r w:rsidRPr="00865DF1">
        <w:rPr>
          <w:rFonts w:ascii="Times New Roman" w:hAnsi="Times New Roman" w:cs="Times New Roman"/>
          <w:sz w:val="26"/>
          <w:szCs w:val="26"/>
        </w:rPr>
        <w:t>ề</w:t>
      </w:r>
      <w:r w:rsidRPr="00865DF1">
        <w:rPr>
          <w:rFonts w:ascii="Times New Roman" w:hAnsi="Times New Roman" w:cs="Times New Roman"/>
          <w:sz w:val="26"/>
          <w:szCs w:val="26"/>
        </w:rPr>
        <w:t>n b</w:t>
      </w:r>
      <w:r w:rsidRPr="00865DF1">
        <w:rPr>
          <w:rFonts w:ascii="Times New Roman" w:hAnsi="Times New Roman" w:cs="Times New Roman"/>
          <w:sz w:val="26"/>
          <w:szCs w:val="26"/>
        </w:rPr>
        <w:t>ỉ</w:t>
      </w:r>
      <w:r w:rsidRPr="00865DF1">
        <w:rPr>
          <w:rFonts w:ascii="Times New Roman" w:hAnsi="Times New Roman" w:cs="Times New Roman"/>
          <w:sz w:val="26"/>
          <w:szCs w:val="26"/>
        </w:rPr>
        <w:t xml:space="preserve"> và tinh th</w:t>
      </w:r>
      <w:r w:rsidRPr="00865DF1">
        <w:rPr>
          <w:rFonts w:ascii="Times New Roman" w:hAnsi="Times New Roman" w:cs="Times New Roman"/>
          <w:sz w:val="26"/>
          <w:szCs w:val="26"/>
        </w:rPr>
        <w:t>ầ</w:t>
      </w:r>
      <w:r w:rsidRPr="00865DF1">
        <w:rPr>
          <w:rFonts w:ascii="Times New Roman" w:hAnsi="Times New Roman" w:cs="Times New Roman"/>
          <w:sz w:val="26"/>
          <w:szCs w:val="26"/>
        </w:rPr>
        <w:t>n vư</w:t>
      </w:r>
      <w:r w:rsidRPr="00865DF1">
        <w:rPr>
          <w:rFonts w:ascii="Times New Roman" w:hAnsi="Times New Roman" w:cs="Times New Roman"/>
          <w:sz w:val="26"/>
          <w:szCs w:val="26"/>
        </w:rPr>
        <w:t>ợ</w:t>
      </w:r>
      <w:r w:rsidRPr="00865DF1">
        <w:rPr>
          <w:rFonts w:ascii="Times New Roman" w:hAnsi="Times New Roman" w:cs="Times New Roman"/>
          <w:sz w:val="26"/>
          <w:szCs w:val="26"/>
        </w:rPr>
        <w:t>t lên chính mình. V</w:t>
      </w:r>
      <w:r w:rsidRPr="00865DF1">
        <w:rPr>
          <w:rFonts w:ascii="Times New Roman" w:hAnsi="Times New Roman" w:cs="Times New Roman"/>
          <w:sz w:val="26"/>
          <w:szCs w:val="26"/>
        </w:rPr>
        <w:t>ớ</w:t>
      </w:r>
      <w:r w:rsidRPr="00865DF1">
        <w:rPr>
          <w:rFonts w:ascii="Times New Roman" w:hAnsi="Times New Roman" w:cs="Times New Roman"/>
          <w:sz w:val="26"/>
          <w:szCs w:val="26"/>
        </w:rPr>
        <w:t>i th</w:t>
      </w:r>
      <w:r w:rsidRPr="00865DF1">
        <w:rPr>
          <w:rFonts w:ascii="Times New Roman" w:hAnsi="Times New Roman" w:cs="Times New Roman"/>
          <w:sz w:val="26"/>
          <w:szCs w:val="26"/>
        </w:rPr>
        <w:t>ầ</w:t>
      </w:r>
      <w:r w:rsidRPr="00865DF1">
        <w:rPr>
          <w:rFonts w:ascii="Times New Roman" w:hAnsi="Times New Roman" w:cs="Times New Roman"/>
          <w:sz w:val="26"/>
          <w:szCs w:val="26"/>
        </w:rPr>
        <w:t xml:space="preserve">y và trò </w:t>
      </w:r>
      <w:r w:rsidR="00D77116">
        <w:rPr>
          <w:rFonts w:ascii="Times New Roman" w:hAnsi="Times New Roman" w:cs="Times New Roman"/>
          <w:sz w:val="26"/>
          <w:szCs w:val="26"/>
        </w:rPr>
        <w:t>t</w:t>
      </w:r>
      <w:r w:rsidRPr="00865DF1">
        <w:rPr>
          <w:rFonts w:ascii="Times New Roman" w:hAnsi="Times New Roman" w:cs="Times New Roman"/>
          <w:sz w:val="26"/>
          <w:szCs w:val="26"/>
        </w:rPr>
        <w:t>rư</w:t>
      </w:r>
      <w:r w:rsidRPr="00865DF1">
        <w:rPr>
          <w:rFonts w:ascii="Times New Roman" w:hAnsi="Times New Roman" w:cs="Times New Roman"/>
          <w:sz w:val="26"/>
          <w:szCs w:val="26"/>
        </w:rPr>
        <w:t>ờ</w:t>
      </w:r>
      <w:r w:rsidRPr="00865DF1">
        <w:rPr>
          <w:rFonts w:ascii="Times New Roman" w:hAnsi="Times New Roman" w:cs="Times New Roman"/>
          <w:sz w:val="26"/>
          <w:szCs w:val="26"/>
        </w:rPr>
        <w:t>ng THPT Nguy</w:t>
      </w:r>
      <w:r w:rsidRPr="00865DF1">
        <w:rPr>
          <w:rFonts w:ascii="Times New Roman" w:hAnsi="Times New Roman" w:cs="Times New Roman"/>
          <w:sz w:val="26"/>
          <w:szCs w:val="26"/>
        </w:rPr>
        <w:t>ễ</w:t>
      </w:r>
      <w:r w:rsidRPr="00865DF1">
        <w:rPr>
          <w:rFonts w:ascii="Times New Roman" w:hAnsi="Times New Roman" w:cs="Times New Roman"/>
          <w:sz w:val="26"/>
          <w:szCs w:val="26"/>
        </w:rPr>
        <w:t>n Đ</w:t>
      </w:r>
      <w:r w:rsidRPr="00865DF1">
        <w:rPr>
          <w:rFonts w:ascii="Times New Roman" w:hAnsi="Times New Roman" w:cs="Times New Roman"/>
          <w:sz w:val="26"/>
          <w:szCs w:val="26"/>
        </w:rPr>
        <w:t>ứ</w:t>
      </w:r>
      <w:r w:rsidRPr="00865DF1">
        <w:rPr>
          <w:rFonts w:ascii="Times New Roman" w:hAnsi="Times New Roman" w:cs="Times New Roman"/>
          <w:sz w:val="26"/>
          <w:szCs w:val="26"/>
        </w:rPr>
        <w:t>c Thu</w:t>
      </w:r>
      <w:r w:rsidRPr="00865DF1">
        <w:rPr>
          <w:rFonts w:ascii="Times New Roman" w:hAnsi="Times New Roman" w:cs="Times New Roman"/>
          <w:sz w:val="26"/>
          <w:szCs w:val="26"/>
        </w:rPr>
        <w:t>ậ</w:t>
      </w:r>
      <w:r w:rsidRPr="00865DF1">
        <w:rPr>
          <w:rFonts w:ascii="Times New Roman" w:hAnsi="Times New Roman" w:cs="Times New Roman"/>
          <w:sz w:val="26"/>
          <w:szCs w:val="26"/>
        </w:rPr>
        <w:t>n, m</w:t>
      </w:r>
      <w:r w:rsidRPr="00865DF1">
        <w:rPr>
          <w:rFonts w:ascii="Times New Roman" w:hAnsi="Times New Roman" w:cs="Times New Roman"/>
          <w:sz w:val="26"/>
          <w:szCs w:val="26"/>
        </w:rPr>
        <w:t>ỗ</w:t>
      </w:r>
      <w:r w:rsidRPr="00865DF1">
        <w:rPr>
          <w:rFonts w:ascii="Times New Roman" w:hAnsi="Times New Roman" w:cs="Times New Roman"/>
          <w:sz w:val="26"/>
          <w:szCs w:val="26"/>
        </w:rPr>
        <w:t>i bài võ nh</w:t>
      </w:r>
      <w:r w:rsidRPr="00865DF1">
        <w:rPr>
          <w:rFonts w:ascii="Times New Roman" w:hAnsi="Times New Roman" w:cs="Times New Roman"/>
          <w:sz w:val="26"/>
          <w:szCs w:val="26"/>
        </w:rPr>
        <w:t>ạ</w:t>
      </w:r>
      <w:r w:rsidRPr="00865DF1">
        <w:rPr>
          <w:rFonts w:ascii="Times New Roman" w:hAnsi="Times New Roman" w:cs="Times New Roman"/>
          <w:sz w:val="26"/>
          <w:szCs w:val="26"/>
        </w:rPr>
        <w:t>c không ch</w:t>
      </w:r>
      <w:r w:rsidRPr="00865DF1">
        <w:rPr>
          <w:rFonts w:ascii="Times New Roman" w:hAnsi="Times New Roman" w:cs="Times New Roman"/>
          <w:sz w:val="26"/>
          <w:szCs w:val="26"/>
        </w:rPr>
        <w:t>ỉ</w:t>
      </w:r>
      <w:r w:rsidRPr="00865DF1">
        <w:rPr>
          <w:rFonts w:ascii="Times New Roman" w:hAnsi="Times New Roman" w:cs="Times New Roman"/>
          <w:sz w:val="26"/>
          <w:szCs w:val="26"/>
        </w:rPr>
        <w:t xml:space="preserve"> là m</w:t>
      </w:r>
      <w:r w:rsidRPr="00865DF1">
        <w:rPr>
          <w:rFonts w:ascii="Times New Roman" w:hAnsi="Times New Roman" w:cs="Times New Roman"/>
          <w:sz w:val="26"/>
          <w:szCs w:val="26"/>
        </w:rPr>
        <w:t>ộ</w:t>
      </w:r>
      <w:r w:rsidRPr="00865DF1">
        <w:rPr>
          <w:rFonts w:ascii="Times New Roman" w:hAnsi="Times New Roman" w:cs="Times New Roman"/>
          <w:sz w:val="26"/>
          <w:szCs w:val="26"/>
        </w:rPr>
        <w:t>t ti</w:t>
      </w:r>
      <w:r w:rsidRPr="00865DF1">
        <w:rPr>
          <w:rFonts w:ascii="Times New Roman" w:hAnsi="Times New Roman" w:cs="Times New Roman"/>
          <w:sz w:val="26"/>
          <w:szCs w:val="26"/>
        </w:rPr>
        <w:t>ế</w:t>
      </w:r>
      <w:r w:rsidRPr="00865DF1">
        <w:rPr>
          <w:rFonts w:ascii="Times New Roman" w:hAnsi="Times New Roman" w:cs="Times New Roman"/>
          <w:sz w:val="26"/>
          <w:szCs w:val="26"/>
        </w:rPr>
        <w:t>t m</w:t>
      </w:r>
      <w:r w:rsidRPr="00865DF1">
        <w:rPr>
          <w:rFonts w:ascii="Times New Roman" w:hAnsi="Times New Roman" w:cs="Times New Roman"/>
          <w:sz w:val="26"/>
          <w:szCs w:val="26"/>
        </w:rPr>
        <w:t>ụ</w:t>
      </w:r>
      <w:r w:rsidRPr="00865DF1">
        <w:rPr>
          <w:rFonts w:ascii="Times New Roman" w:hAnsi="Times New Roman" w:cs="Times New Roman"/>
          <w:sz w:val="26"/>
          <w:szCs w:val="26"/>
        </w:rPr>
        <w:t>c bi</w:t>
      </w:r>
      <w:r w:rsidRPr="00865DF1">
        <w:rPr>
          <w:rFonts w:ascii="Times New Roman" w:hAnsi="Times New Roman" w:cs="Times New Roman"/>
          <w:sz w:val="26"/>
          <w:szCs w:val="26"/>
        </w:rPr>
        <w:t>ể</w:t>
      </w:r>
      <w:r w:rsidRPr="00865DF1">
        <w:rPr>
          <w:rFonts w:ascii="Times New Roman" w:hAnsi="Times New Roman" w:cs="Times New Roman"/>
          <w:sz w:val="26"/>
          <w:szCs w:val="26"/>
        </w:rPr>
        <w:t>u di</w:t>
      </w:r>
      <w:r w:rsidRPr="00865DF1">
        <w:rPr>
          <w:rFonts w:ascii="Times New Roman" w:hAnsi="Times New Roman" w:cs="Times New Roman"/>
          <w:sz w:val="26"/>
          <w:szCs w:val="26"/>
        </w:rPr>
        <w:t>ễ</w:t>
      </w:r>
      <w:r w:rsidRPr="00865DF1">
        <w:rPr>
          <w:rFonts w:ascii="Times New Roman" w:hAnsi="Times New Roman" w:cs="Times New Roman"/>
          <w:sz w:val="26"/>
          <w:szCs w:val="26"/>
        </w:rPr>
        <w:t>n mà là k</w:t>
      </w:r>
      <w:r w:rsidRPr="00865DF1">
        <w:rPr>
          <w:rFonts w:ascii="Times New Roman" w:hAnsi="Times New Roman" w:cs="Times New Roman"/>
          <w:sz w:val="26"/>
          <w:szCs w:val="26"/>
        </w:rPr>
        <w:t>ế</w:t>
      </w:r>
      <w:r w:rsidRPr="00865DF1">
        <w:rPr>
          <w:rFonts w:ascii="Times New Roman" w:hAnsi="Times New Roman" w:cs="Times New Roman"/>
          <w:sz w:val="26"/>
          <w:szCs w:val="26"/>
        </w:rPr>
        <w:t>t t</w:t>
      </w:r>
      <w:r w:rsidRPr="00865DF1">
        <w:rPr>
          <w:rFonts w:ascii="Times New Roman" w:hAnsi="Times New Roman" w:cs="Times New Roman"/>
          <w:sz w:val="26"/>
          <w:szCs w:val="26"/>
        </w:rPr>
        <w:t>inh c</w:t>
      </w:r>
      <w:r w:rsidRPr="00865DF1">
        <w:rPr>
          <w:rFonts w:ascii="Times New Roman" w:hAnsi="Times New Roman" w:cs="Times New Roman"/>
          <w:sz w:val="26"/>
          <w:szCs w:val="26"/>
        </w:rPr>
        <w:t>ủ</w:t>
      </w:r>
      <w:r w:rsidRPr="00865DF1">
        <w:rPr>
          <w:rFonts w:ascii="Times New Roman" w:hAnsi="Times New Roman" w:cs="Times New Roman"/>
          <w:sz w:val="26"/>
          <w:szCs w:val="26"/>
        </w:rPr>
        <w:t>a nh</w:t>
      </w:r>
      <w:r w:rsidRPr="00865DF1">
        <w:rPr>
          <w:rFonts w:ascii="Times New Roman" w:hAnsi="Times New Roman" w:cs="Times New Roman"/>
          <w:sz w:val="26"/>
          <w:szCs w:val="26"/>
        </w:rPr>
        <w:t>ữ</w:t>
      </w:r>
      <w:r w:rsidRPr="00865DF1">
        <w:rPr>
          <w:rFonts w:ascii="Times New Roman" w:hAnsi="Times New Roman" w:cs="Times New Roman"/>
          <w:sz w:val="26"/>
          <w:szCs w:val="26"/>
        </w:rPr>
        <w:t>ng ngày tháng mi</w:t>
      </w:r>
      <w:r w:rsidRPr="00865DF1">
        <w:rPr>
          <w:rFonts w:ascii="Times New Roman" w:hAnsi="Times New Roman" w:cs="Times New Roman"/>
          <w:sz w:val="26"/>
          <w:szCs w:val="26"/>
        </w:rPr>
        <w:t>ệ</w:t>
      </w:r>
      <w:r w:rsidRPr="00865DF1">
        <w:rPr>
          <w:rFonts w:ascii="Times New Roman" w:hAnsi="Times New Roman" w:cs="Times New Roman"/>
          <w:sz w:val="26"/>
          <w:szCs w:val="26"/>
        </w:rPr>
        <w:t>t mài t</w:t>
      </w:r>
      <w:r w:rsidRPr="00865DF1">
        <w:rPr>
          <w:rFonts w:ascii="Times New Roman" w:hAnsi="Times New Roman" w:cs="Times New Roman"/>
          <w:sz w:val="26"/>
          <w:szCs w:val="26"/>
        </w:rPr>
        <w:t>ậ</w:t>
      </w:r>
      <w:r w:rsidRPr="00865DF1">
        <w:rPr>
          <w:rFonts w:ascii="Times New Roman" w:hAnsi="Times New Roman" w:cs="Times New Roman"/>
          <w:sz w:val="26"/>
          <w:szCs w:val="26"/>
        </w:rPr>
        <w:t>p luy</w:t>
      </w:r>
      <w:r w:rsidRPr="00865DF1">
        <w:rPr>
          <w:rFonts w:ascii="Times New Roman" w:hAnsi="Times New Roman" w:cs="Times New Roman"/>
          <w:sz w:val="26"/>
          <w:szCs w:val="26"/>
        </w:rPr>
        <w:t>ệ</w:t>
      </w:r>
      <w:r w:rsidRPr="00865DF1">
        <w:rPr>
          <w:rFonts w:ascii="Times New Roman" w:hAnsi="Times New Roman" w:cs="Times New Roman"/>
          <w:sz w:val="26"/>
          <w:szCs w:val="26"/>
        </w:rPr>
        <w:t>n – l</w:t>
      </w:r>
      <w:r w:rsidRPr="00865DF1">
        <w:rPr>
          <w:rFonts w:ascii="Times New Roman" w:hAnsi="Times New Roman" w:cs="Times New Roman"/>
          <w:sz w:val="26"/>
          <w:szCs w:val="26"/>
        </w:rPr>
        <w:t>ặ</w:t>
      </w:r>
      <w:r w:rsidRPr="00865DF1">
        <w:rPr>
          <w:rFonts w:ascii="Times New Roman" w:hAnsi="Times New Roman" w:cs="Times New Roman"/>
          <w:sz w:val="26"/>
          <w:szCs w:val="26"/>
        </w:rPr>
        <w:t>ng l</w:t>
      </w:r>
      <w:r w:rsidRPr="00865DF1">
        <w:rPr>
          <w:rFonts w:ascii="Times New Roman" w:hAnsi="Times New Roman" w:cs="Times New Roman"/>
          <w:sz w:val="26"/>
          <w:szCs w:val="26"/>
        </w:rPr>
        <w:t>ẽ</w:t>
      </w:r>
      <w:r w:rsidRPr="00865DF1">
        <w:rPr>
          <w:rFonts w:ascii="Times New Roman" w:hAnsi="Times New Roman" w:cs="Times New Roman"/>
          <w:sz w:val="26"/>
          <w:szCs w:val="26"/>
        </w:rPr>
        <w:t xml:space="preserve"> nhưng đ</w:t>
      </w:r>
      <w:r w:rsidRPr="00865DF1">
        <w:rPr>
          <w:rFonts w:ascii="Times New Roman" w:hAnsi="Times New Roman" w:cs="Times New Roman"/>
          <w:sz w:val="26"/>
          <w:szCs w:val="26"/>
        </w:rPr>
        <w:t>ầ</w:t>
      </w:r>
      <w:r w:rsidRPr="00865DF1">
        <w:rPr>
          <w:rFonts w:ascii="Times New Roman" w:hAnsi="Times New Roman" w:cs="Times New Roman"/>
          <w:sz w:val="26"/>
          <w:szCs w:val="26"/>
        </w:rPr>
        <w:t>y quy</w:t>
      </w:r>
      <w:r w:rsidRPr="00865DF1">
        <w:rPr>
          <w:rFonts w:ascii="Times New Roman" w:hAnsi="Times New Roman" w:cs="Times New Roman"/>
          <w:sz w:val="26"/>
          <w:szCs w:val="26"/>
        </w:rPr>
        <w:t>ế</w:t>
      </w:r>
      <w:r w:rsidRPr="00865DF1">
        <w:rPr>
          <w:rFonts w:ascii="Times New Roman" w:hAnsi="Times New Roman" w:cs="Times New Roman"/>
          <w:sz w:val="26"/>
          <w:szCs w:val="26"/>
        </w:rPr>
        <w:t>t tâm.</w:t>
      </w:r>
      <w:r w:rsidR="00865DF1">
        <w:rPr>
          <w:rFonts w:ascii="Times New Roman" w:hAnsi="Times New Roman" w:cs="Times New Roman"/>
          <w:sz w:val="26"/>
          <w:szCs w:val="26"/>
        </w:rPr>
        <w:t xml:space="preserve"> </w:t>
      </w:r>
      <w:r w:rsidRPr="00865DF1">
        <w:rPr>
          <w:rFonts w:ascii="Times New Roman" w:hAnsi="Times New Roman" w:cs="Times New Roman"/>
          <w:sz w:val="26"/>
          <w:szCs w:val="26"/>
        </w:rPr>
        <w:t>Dư</w:t>
      </w:r>
      <w:r w:rsidRPr="00865DF1">
        <w:rPr>
          <w:rFonts w:ascii="Times New Roman" w:hAnsi="Times New Roman" w:cs="Times New Roman"/>
          <w:sz w:val="26"/>
          <w:szCs w:val="26"/>
        </w:rPr>
        <w:t>ớ</w:t>
      </w:r>
      <w:r w:rsidRPr="00865DF1">
        <w:rPr>
          <w:rFonts w:ascii="Times New Roman" w:hAnsi="Times New Roman" w:cs="Times New Roman"/>
          <w:sz w:val="26"/>
          <w:szCs w:val="26"/>
        </w:rPr>
        <w:t>i cái n</w:t>
      </w:r>
      <w:r w:rsidRPr="00865DF1">
        <w:rPr>
          <w:rFonts w:ascii="Times New Roman" w:hAnsi="Times New Roman" w:cs="Times New Roman"/>
          <w:sz w:val="26"/>
          <w:szCs w:val="26"/>
        </w:rPr>
        <w:t>ắ</w:t>
      </w:r>
      <w:r w:rsidRPr="00865DF1">
        <w:rPr>
          <w:rFonts w:ascii="Times New Roman" w:hAnsi="Times New Roman" w:cs="Times New Roman"/>
          <w:sz w:val="26"/>
          <w:szCs w:val="26"/>
        </w:rPr>
        <w:t>ng chói chang c</w:t>
      </w:r>
      <w:r w:rsidRPr="00865DF1">
        <w:rPr>
          <w:rFonts w:ascii="Times New Roman" w:hAnsi="Times New Roman" w:cs="Times New Roman"/>
          <w:sz w:val="26"/>
          <w:szCs w:val="26"/>
        </w:rPr>
        <w:t>ủ</w:t>
      </w:r>
      <w:r w:rsidRPr="00865DF1">
        <w:rPr>
          <w:rFonts w:ascii="Times New Roman" w:hAnsi="Times New Roman" w:cs="Times New Roman"/>
          <w:sz w:val="26"/>
          <w:szCs w:val="26"/>
        </w:rPr>
        <w:t>a bu</w:t>
      </w:r>
      <w:r w:rsidRPr="00865DF1">
        <w:rPr>
          <w:rFonts w:ascii="Times New Roman" w:hAnsi="Times New Roman" w:cs="Times New Roman"/>
          <w:sz w:val="26"/>
          <w:szCs w:val="26"/>
        </w:rPr>
        <w:t>ổ</w:t>
      </w:r>
      <w:r w:rsidRPr="00865DF1">
        <w:rPr>
          <w:rFonts w:ascii="Times New Roman" w:hAnsi="Times New Roman" w:cs="Times New Roman"/>
          <w:sz w:val="26"/>
          <w:szCs w:val="26"/>
        </w:rPr>
        <w:t>i trưa hay cái se l</w:t>
      </w:r>
      <w:r w:rsidRPr="00865DF1">
        <w:rPr>
          <w:rFonts w:ascii="Times New Roman" w:hAnsi="Times New Roman" w:cs="Times New Roman"/>
          <w:sz w:val="26"/>
          <w:szCs w:val="26"/>
        </w:rPr>
        <w:t>ạ</w:t>
      </w:r>
      <w:r w:rsidRPr="00865DF1">
        <w:rPr>
          <w:rFonts w:ascii="Times New Roman" w:hAnsi="Times New Roman" w:cs="Times New Roman"/>
          <w:sz w:val="26"/>
          <w:szCs w:val="26"/>
        </w:rPr>
        <w:t>nh c</w:t>
      </w:r>
      <w:r w:rsidRPr="00865DF1">
        <w:rPr>
          <w:rFonts w:ascii="Times New Roman" w:hAnsi="Times New Roman" w:cs="Times New Roman"/>
          <w:sz w:val="26"/>
          <w:szCs w:val="26"/>
        </w:rPr>
        <w:t>ủ</w:t>
      </w:r>
      <w:r w:rsidRPr="00865DF1">
        <w:rPr>
          <w:rFonts w:ascii="Times New Roman" w:hAnsi="Times New Roman" w:cs="Times New Roman"/>
          <w:sz w:val="26"/>
          <w:szCs w:val="26"/>
        </w:rPr>
        <w:t>a nh</w:t>
      </w:r>
      <w:r w:rsidRPr="00865DF1">
        <w:rPr>
          <w:rFonts w:ascii="Times New Roman" w:hAnsi="Times New Roman" w:cs="Times New Roman"/>
          <w:sz w:val="26"/>
          <w:szCs w:val="26"/>
        </w:rPr>
        <w:t>ữ</w:t>
      </w:r>
      <w:r w:rsidRPr="00865DF1">
        <w:rPr>
          <w:rFonts w:ascii="Times New Roman" w:hAnsi="Times New Roman" w:cs="Times New Roman"/>
          <w:sz w:val="26"/>
          <w:szCs w:val="26"/>
        </w:rPr>
        <w:t>ng bu</w:t>
      </w:r>
      <w:r w:rsidRPr="00865DF1">
        <w:rPr>
          <w:rFonts w:ascii="Times New Roman" w:hAnsi="Times New Roman" w:cs="Times New Roman"/>
          <w:sz w:val="26"/>
          <w:szCs w:val="26"/>
        </w:rPr>
        <w:t>ổ</w:t>
      </w:r>
      <w:r w:rsidRPr="00865DF1">
        <w:rPr>
          <w:rFonts w:ascii="Times New Roman" w:hAnsi="Times New Roman" w:cs="Times New Roman"/>
          <w:sz w:val="26"/>
          <w:szCs w:val="26"/>
        </w:rPr>
        <w:t>i chi</w:t>
      </w:r>
      <w:r w:rsidRPr="00865DF1">
        <w:rPr>
          <w:rFonts w:ascii="Times New Roman" w:hAnsi="Times New Roman" w:cs="Times New Roman"/>
          <w:sz w:val="26"/>
          <w:szCs w:val="26"/>
        </w:rPr>
        <w:t>ề</w:t>
      </w:r>
      <w:r w:rsidRPr="00865DF1">
        <w:rPr>
          <w:rFonts w:ascii="Times New Roman" w:hAnsi="Times New Roman" w:cs="Times New Roman"/>
          <w:sz w:val="26"/>
          <w:szCs w:val="26"/>
        </w:rPr>
        <w:t>u mu</w:t>
      </w:r>
      <w:r w:rsidRPr="00865DF1">
        <w:rPr>
          <w:rFonts w:ascii="Times New Roman" w:hAnsi="Times New Roman" w:cs="Times New Roman"/>
          <w:sz w:val="26"/>
          <w:szCs w:val="26"/>
        </w:rPr>
        <w:t>ộ</w:t>
      </w:r>
      <w:r w:rsidRPr="00865DF1">
        <w:rPr>
          <w:rFonts w:ascii="Times New Roman" w:hAnsi="Times New Roman" w:cs="Times New Roman"/>
          <w:sz w:val="26"/>
          <w:szCs w:val="26"/>
        </w:rPr>
        <w:t>n, sân trư</w:t>
      </w:r>
      <w:r w:rsidRPr="00865DF1">
        <w:rPr>
          <w:rFonts w:ascii="Times New Roman" w:hAnsi="Times New Roman" w:cs="Times New Roman"/>
          <w:sz w:val="26"/>
          <w:szCs w:val="26"/>
        </w:rPr>
        <w:t>ờ</w:t>
      </w:r>
      <w:r w:rsidRPr="00865DF1">
        <w:rPr>
          <w:rFonts w:ascii="Times New Roman" w:hAnsi="Times New Roman" w:cs="Times New Roman"/>
          <w:sz w:val="26"/>
          <w:szCs w:val="26"/>
        </w:rPr>
        <w:t>ng v</w:t>
      </w:r>
      <w:r w:rsidRPr="00865DF1">
        <w:rPr>
          <w:rFonts w:ascii="Times New Roman" w:hAnsi="Times New Roman" w:cs="Times New Roman"/>
          <w:sz w:val="26"/>
          <w:szCs w:val="26"/>
        </w:rPr>
        <w:t>ẫ</w:t>
      </w:r>
      <w:r w:rsidRPr="00865DF1">
        <w:rPr>
          <w:rFonts w:ascii="Times New Roman" w:hAnsi="Times New Roman" w:cs="Times New Roman"/>
          <w:sz w:val="26"/>
          <w:szCs w:val="26"/>
        </w:rPr>
        <w:t>n đ</w:t>
      </w:r>
      <w:r w:rsidRPr="00865DF1">
        <w:rPr>
          <w:rFonts w:ascii="Times New Roman" w:hAnsi="Times New Roman" w:cs="Times New Roman"/>
          <w:sz w:val="26"/>
          <w:szCs w:val="26"/>
        </w:rPr>
        <w:t>ề</w:t>
      </w:r>
      <w:r w:rsidRPr="00865DF1">
        <w:rPr>
          <w:rFonts w:ascii="Times New Roman" w:hAnsi="Times New Roman" w:cs="Times New Roman"/>
          <w:sz w:val="26"/>
          <w:szCs w:val="26"/>
        </w:rPr>
        <w:t>u đ</w:t>
      </w:r>
      <w:r w:rsidRPr="00865DF1">
        <w:rPr>
          <w:rFonts w:ascii="Times New Roman" w:hAnsi="Times New Roman" w:cs="Times New Roman"/>
          <w:sz w:val="26"/>
          <w:szCs w:val="26"/>
        </w:rPr>
        <w:t>ặ</w:t>
      </w:r>
      <w:r w:rsidRPr="00865DF1">
        <w:rPr>
          <w:rFonts w:ascii="Times New Roman" w:hAnsi="Times New Roman" w:cs="Times New Roman"/>
          <w:sz w:val="26"/>
          <w:szCs w:val="26"/>
        </w:rPr>
        <w:t>n vang lên ti</w:t>
      </w:r>
      <w:r w:rsidRPr="00865DF1">
        <w:rPr>
          <w:rFonts w:ascii="Times New Roman" w:hAnsi="Times New Roman" w:cs="Times New Roman"/>
          <w:sz w:val="26"/>
          <w:szCs w:val="26"/>
        </w:rPr>
        <w:t>ế</w:t>
      </w:r>
      <w:r w:rsidRPr="00865DF1">
        <w:rPr>
          <w:rFonts w:ascii="Times New Roman" w:hAnsi="Times New Roman" w:cs="Times New Roman"/>
          <w:sz w:val="26"/>
          <w:szCs w:val="26"/>
        </w:rPr>
        <w:t>ng hô nh</w:t>
      </w:r>
      <w:r w:rsidRPr="00865DF1">
        <w:rPr>
          <w:rFonts w:ascii="Times New Roman" w:hAnsi="Times New Roman" w:cs="Times New Roman"/>
          <w:sz w:val="26"/>
          <w:szCs w:val="26"/>
        </w:rPr>
        <w:t>ị</w:t>
      </w:r>
      <w:r w:rsidRPr="00865DF1">
        <w:rPr>
          <w:rFonts w:ascii="Times New Roman" w:hAnsi="Times New Roman" w:cs="Times New Roman"/>
          <w:sz w:val="26"/>
          <w:szCs w:val="26"/>
        </w:rPr>
        <w:t>p, ti</w:t>
      </w:r>
      <w:r w:rsidRPr="00865DF1">
        <w:rPr>
          <w:rFonts w:ascii="Times New Roman" w:hAnsi="Times New Roman" w:cs="Times New Roman"/>
          <w:sz w:val="26"/>
          <w:szCs w:val="26"/>
        </w:rPr>
        <w:t>ế</w:t>
      </w:r>
      <w:r w:rsidRPr="00865DF1">
        <w:rPr>
          <w:rFonts w:ascii="Times New Roman" w:hAnsi="Times New Roman" w:cs="Times New Roman"/>
          <w:sz w:val="26"/>
          <w:szCs w:val="26"/>
        </w:rPr>
        <w:t>ng bư</w:t>
      </w:r>
      <w:r w:rsidRPr="00865DF1">
        <w:rPr>
          <w:rFonts w:ascii="Times New Roman" w:hAnsi="Times New Roman" w:cs="Times New Roman"/>
          <w:sz w:val="26"/>
          <w:szCs w:val="26"/>
        </w:rPr>
        <w:t>ớ</w:t>
      </w:r>
      <w:r w:rsidRPr="00865DF1">
        <w:rPr>
          <w:rFonts w:ascii="Times New Roman" w:hAnsi="Times New Roman" w:cs="Times New Roman"/>
          <w:sz w:val="26"/>
          <w:szCs w:val="26"/>
        </w:rPr>
        <w:t>c chân d</w:t>
      </w:r>
      <w:r w:rsidRPr="00865DF1">
        <w:rPr>
          <w:rFonts w:ascii="Times New Roman" w:hAnsi="Times New Roman" w:cs="Times New Roman"/>
          <w:sz w:val="26"/>
          <w:szCs w:val="26"/>
        </w:rPr>
        <w:t>ồ</w:t>
      </w:r>
      <w:r w:rsidRPr="00865DF1">
        <w:rPr>
          <w:rFonts w:ascii="Times New Roman" w:hAnsi="Times New Roman" w:cs="Times New Roman"/>
          <w:sz w:val="26"/>
          <w:szCs w:val="26"/>
        </w:rPr>
        <w:t>n d</w:t>
      </w:r>
      <w:r w:rsidRPr="00865DF1">
        <w:rPr>
          <w:rFonts w:ascii="Times New Roman" w:hAnsi="Times New Roman" w:cs="Times New Roman"/>
          <w:sz w:val="26"/>
          <w:szCs w:val="26"/>
        </w:rPr>
        <w:t>ậ</w:t>
      </w:r>
      <w:r w:rsidRPr="00865DF1">
        <w:rPr>
          <w:rFonts w:ascii="Times New Roman" w:hAnsi="Times New Roman" w:cs="Times New Roman"/>
          <w:sz w:val="26"/>
          <w:szCs w:val="26"/>
        </w:rPr>
        <w:t>p. Nh</w:t>
      </w:r>
      <w:r w:rsidRPr="00865DF1">
        <w:rPr>
          <w:rFonts w:ascii="Times New Roman" w:hAnsi="Times New Roman" w:cs="Times New Roman"/>
          <w:sz w:val="26"/>
          <w:szCs w:val="26"/>
        </w:rPr>
        <w:t>ữ</w:t>
      </w:r>
      <w:r w:rsidRPr="00865DF1">
        <w:rPr>
          <w:rFonts w:ascii="Times New Roman" w:hAnsi="Times New Roman" w:cs="Times New Roman"/>
          <w:sz w:val="26"/>
          <w:szCs w:val="26"/>
        </w:rPr>
        <w:t>ng h</w:t>
      </w:r>
      <w:r w:rsidRPr="00865DF1">
        <w:rPr>
          <w:rFonts w:ascii="Times New Roman" w:hAnsi="Times New Roman" w:cs="Times New Roman"/>
          <w:sz w:val="26"/>
          <w:szCs w:val="26"/>
        </w:rPr>
        <w:t>ọ</w:t>
      </w:r>
      <w:r w:rsidRPr="00865DF1">
        <w:rPr>
          <w:rFonts w:ascii="Times New Roman" w:hAnsi="Times New Roman" w:cs="Times New Roman"/>
          <w:sz w:val="26"/>
          <w:szCs w:val="26"/>
        </w:rPr>
        <w:t>c sinh v</w:t>
      </w:r>
      <w:r w:rsidRPr="00865DF1">
        <w:rPr>
          <w:rFonts w:ascii="Times New Roman" w:hAnsi="Times New Roman" w:cs="Times New Roman"/>
          <w:sz w:val="26"/>
          <w:szCs w:val="26"/>
        </w:rPr>
        <w:t>ố</w:t>
      </w:r>
      <w:r w:rsidRPr="00865DF1">
        <w:rPr>
          <w:rFonts w:ascii="Times New Roman" w:hAnsi="Times New Roman" w:cs="Times New Roman"/>
          <w:sz w:val="26"/>
          <w:szCs w:val="26"/>
        </w:rPr>
        <w:t>n quen v</w:t>
      </w:r>
      <w:r w:rsidRPr="00865DF1">
        <w:rPr>
          <w:rFonts w:ascii="Times New Roman" w:hAnsi="Times New Roman" w:cs="Times New Roman"/>
          <w:sz w:val="26"/>
          <w:szCs w:val="26"/>
        </w:rPr>
        <w:t>ớ</w:t>
      </w:r>
      <w:r w:rsidRPr="00865DF1">
        <w:rPr>
          <w:rFonts w:ascii="Times New Roman" w:hAnsi="Times New Roman" w:cs="Times New Roman"/>
          <w:sz w:val="26"/>
          <w:szCs w:val="26"/>
        </w:rPr>
        <w:t>i</w:t>
      </w:r>
      <w:r w:rsidRPr="00865DF1">
        <w:rPr>
          <w:rFonts w:ascii="Times New Roman" w:hAnsi="Times New Roman" w:cs="Times New Roman"/>
          <w:sz w:val="26"/>
          <w:szCs w:val="26"/>
        </w:rPr>
        <w:t xml:space="preserve"> trang sách nay kiên trì đ</w:t>
      </w:r>
      <w:r w:rsidRPr="00865DF1">
        <w:rPr>
          <w:rFonts w:ascii="Times New Roman" w:hAnsi="Times New Roman" w:cs="Times New Roman"/>
          <w:sz w:val="26"/>
          <w:szCs w:val="26"/>
        </w:rPr>
        <w:t>ứ</w:t>
      </w:r>
      <w:r w:rsidRPr="00865DF1">
        <w:rPr>
          <w:rFonts w:ascii="Times New Roman" w:hAnsi="Times New Roman" w:cs="Times New Roman"/>
          <w:sz w:val="26"/>
          <w:szCs w:val="26"/>
        </w:rPr>
        <w:t>ng t</w:t>
      </w:r>
      <w:r w:rsidRPr="00865DF1">
        <w:rPr>
          <w:rFonts w:ascii="Times New Roman" w:hAnsi="Times New Roman" w:cs="Times New Roman"/>
          <w:sz w:val="26"/>
          <w:szCs w:val="26"/>
        </w:rPr>
        <w:t>ấ</w:t>
      </w:r>
      <w:r w:rsidRPr="00865DF1">
        <w:rPr>
          <w:rFonts w:ascii="Times New Roman" w:hAnsi="Times New Roman" w:cs="Times New Roman"/>
          <w:sz w:val="26"/>
          <w:szCs w:val="26"/>
        </w:rPr>
        <w:t>n, gi</w:t>
      </w:r>
      <w:r w:rsidRPr="00865DF1">
        <w:rPr>
          <w:rFonts w:ascii="Times New Roman" w:hAnsi="Times New Roman" w:cs="Times New Roman"/>
          <w:sz w:val="26"/>
          <w:szCs w:val="26"/>
        </w:rPr>
        <w:t>ữ</w:t>
      </w:r>
      <w:r w:rsidRPr="00865DF1">
        <w:rPr>
          <w:rFonts w:ascii="Times New Roman" w:hAnsi="Times New Roman" w:cs="Times New Roman"/>
          <w:sz w:val="26"/>
          <w:szCs w:val="26"/>
        </w:rPr>
        <w:t xml:space="preserve"> th</w:t>
      </w:r>
      <w:r w:rsidRPr="00865DF1">
        <w:rPr>
          <w:rFonts w:ascii="Times New Roman" w:hAnsi="Times New Roman" w:cs="Times New Roman"/>
          <w:sz w:val="26"/>
          <w:szCs w:val="26"/>
        </w:rPr>
        <w:t>ế</w:t>
      </w:r>
      <w:r w:rsidRPr="00865DF1">
        <w:rPr>
          <w:rFonts w:ascii="Times New Roman" w:hAnsi="Times New Roman" w:cs="Times New Roman"/>
          <w:sz w:val="26"/>
          <w:szCs w:val="26"/>
        </w:rPr>
        <w:t>, l</w:t>
      </w:r>
      <w:r w:rsidRPr="00865DF1">
        <w:rPr>
          <w:rFonts w:ascii="Times New Roman" w:hAnsi="Times New Roman" w:cs="Times New Roman"/>
          <w:sz w:val="26"/>
          <w:szCs w:val="26"/>
        </w:rPr>
        <w:t>ặ</w:t>
      </w:r>
      <w:r w:rsidRPr="00865DF1">
        <w:rPr>
          <w:rFonts w:ascii="Times New Roman" w:hAnsi="Times New Roman" w:cs="Times New Roman"/>
          <w:sz w:val="26"/>
          <w:szCs w:val="26"/>
        </w:rPr>
        <w:t>p l</w:t>
      </w:r>
      <w:r w:rsidRPr="00865DF1">
        <w:rPr>
          <w:rFonts w:ascii="Times New Roman" w:hAnsi="Times New Roman" w:cs="Times New Roman"/>
          <w:sz w:val="26"/>
          <w:szCs w:val="26"/>
        </w:rPr>
        <w:t>ạ</w:t>
      </w:r>
      <w:r w:rsidRPr="00865DF1">
        <w:rPr>
          <w:rFonts w:ascii="Times New Roman" w:hAnsi="Times New Roman" w:cs="Times New Roman"/>
          <w:sz w:val="26"/>
          <w:szCs w:val="26"/>
        </w:rPr>
        <w:t>i t</w:t>
      </w:r>
      <w:r w:rsidRPr="00865DF1">
        <w:rPr>
          <w:rFonts w:ascii="Times New Roman" w:hAnsi="Times New Roman" w:cs="Times New Roman"/>
          <w:sz w:val="26"/>
          <w:szCs w:val="26"/>
        </w:rPr>
        <w:t>ừ</w:t>
      </w:r>
      <w:r w:rsidRPr="00865DF1">
        <w:rPr>
          <w:rFonts w:ascii="Times New Roman" w:hAnsi="Times New Roman" w:cs="Times New Roman"/>
          <w:sz w:val="26"/>
          <w:szCs w:val="26"/>
        </w:rPr>
        <w:t>ng đ</w:t>
      </w:r>
      <w:r w:rsidRPr="00865DF1">
        <w:rPr>
          <w:rFonts w:ascii="Times New Roman" w:hAnsi="Times New Roman" w:cs="Times New Roman"/>
          <w:sz w:val="26"/>
          <w:szCs w:val="26"/>
        </w:rPr>
        <w:t>ộ</w:t>
      </w:r>
      <w:r w:rsidRPr="00865DF1">
        <w:rPr>
          <w:rFonts w:ascii="Times New Roman" w:hAnsi="Times New Roman" w:cs="Times New Roman"/>
          <w:sz w:val="26"/>
          <w:szCs w:val="26"/>
        </w:rPr>
        <w:t>ng tác đ</w:t>
      </w:r>
      <w:r w:rsidRPr="00865DF1">
        <w:rPr>
          <w:rFonts w:ascii="Times New Roman" w:hAnsi="Times New Roman" w:cs="Times New Roman"/>
          <w:sz w:val="26"/>
          <w:szCs w:val="26"/>
        </w:rPr>
        <w:t>ế</w:t>
      </w:r>
      <w:r w:rsidRPr="00865DF1">
        <w:rPr>
          <w:rFonts w:ascii="Times New Roman" w:hAnsi="Times New Roman" w:cs="Times New Roman"/>
          <w:sz w:val="26"/>
          <w:szCs w:val="26"/>
        </w:rPr>
        <w:t>n khi thu</w:t>
      </w:r>
      <w:r w:rsidRPr="00865DF1">
        <w:rPr>
          <w:rFonts w:ascii="Times New Roman" w:hAnsi="Times New Roman" w:cs="Times New Roman"/>
          <w:sz w:val="26"/>
          <w:szCs w:val="26"/>
        </w:rPr>
        <w:t>ầ</w:t>
      </w:r>
      <w:r w:rsidRPr="00865DF1">
        <w:rPr>
          <w:rFonts w:ascii="Times New Roman" w:hAnsi="Times New Roman" w:cs="Times New Roman"/>
          <w:sz w:val="26"/>
          <w:szCs w:val="26"/>
        </w:rPr>
        <w:t>n th</w:t>
      </w:r>
      <w:r w:rsidRPr="00865DF1">
        <w:rPr>
          <w:rFonts w:ascii="Times New Roman" w:hAnsi="Times New Roman" w:cs="Times New Roman"/>
          <w:sz w:val="26"/>
          <w:szCs w:val="26"/>
        </w:rPr>
        <w:t>ụ</w:t>
      </w:r>
      <w:r w:rsidRPr="00865DF1">
        <w:rPr>
          <w:rFonts w:ascii="Times New Roman" w:hAnsi="Times New Roman" w:cs="Times New Roman"/>
          <w:sz w:val="26"/>
          <w:szCs w:val="26"/>
        </w:rPr>
        <w:t>c. T</w:t>
      </w:r>
      <w:r w:rsidRPr="00865DF1">
        <w:rPr>
          <w:rFonts w:ascii="Times New Roman" w:hAnsi="Times New Roman" w:cs="Times New Roman"/>
          <w:sz w:val="26"/>
          <w:szCs w:val="26"/>
        </w:rPr>
        <w:t>ừ</w:t>
      </w:r>
      <w:r w:rsidRPr="00865DF1">
        <w:rPr>
          <w:rFonts w:ascii="Times New Roman" w:hAnsi="Times New Roman" w:cs="Times New Roman"/>
          <w:sz w:val="26"/>
          <w:szCs w:val="26"/>
        </w:rPr>
        <w:t xml:space="preserve"> nh</w:t>
      </w:r>
      <w:r w:rsidRPr="00865DF1">
        <w:rPr>
          <w:rFonts w:ascii="Times New Roman" w:hAnsi="Times New Roman" w:cs="Times New Roman"/>
          <w:sz w:val="26"/>
          <w:szCs w:val="26"/>
        </w:rPr>
        <w:t>ữ</w:t>
      </w:r>
      <w:r w:rsidRPr="00865DF1">
        <w:rPr>
          <w:rFonts w:ascii="Times New Roman" w:hAnsi="Times New Roman" w:cs="Times New Roman"/>
          <w:sz w:val="26"/>
          <w:szCs w:val="26"/>
        </w:rPr>
        <w:t>ng th</w:t>
      </w:r>
      <w:r w:rsidRPr="00865DF1">
        <w:rPr>
          <w:rFonts w:ascii="Times New Roman" w:hAnsi="Times New Roman" w:cs="Times New Roman"/>
          <w:sz w:val="26"/>
          <w:szCs w:val="26"/>
        </w:rPr>
        <w:t>ế</w:t>
      </w:r>
      <w:r w:rsidRPr="00865DF1">
        <w:rPr>
          <w:rFonts w:ascii="Times New Roman" w:hAnsi="Times New Roman" w:cs="Times New Roman"/>
          <w:sz w:val="26"/>
          <w:szCs w:val="26"/>
        </w:rPr>
        <w:t xml:space="preserve"> cơ b</w:t>
      </w:r>
      <w:r w:rsidRPr="00865DF1">
        <w:rPr>
          <w:rFonts w:ascii="Times New Roman" w:hAnsi="Times New Roman" w:cs="Times New Roman"/>
          <w:sz w:val="26"/>
          <w:szCs w:val="26"/>
        </w:rPr>
        <w:t>ả</w:t>
      </w:r>
      <w:r w:rsidRPr="00865DF1">
        <w:rPr>
          <w:rFonts w:ascii="Times New Roman" w:hAnsi="Times New Roman" w:cs="Times New Roman"/>
          <w:sz w:val="26"/>
          <w:szCs w:val="26"/>
        </w:rPr>
        <w:t>n như Trung bình t</w:t>
      </w:r>
      <w:r w:rsidRPr="00865DF1">
        <w:rPr>
          <w:rFonts w:ascii="Times New Roman" w:hAnsi="Times New Roman" w:cs="Times New Roman"/>
          <w:sz w:val="26"/>
          <w:szCs w:val="26"/>
        </w:rPr>
        <w:t>ấ</w:t>
      </w:r>
      <w:r w:rsidRPr="00865DF1">
        <w:rPr>
          <w:rFonts w:ascii="Times New Roman" w:hAnsi="Times New Roman" w:cs="Times New Roman"/>
          <w:sz w:val="26"/>
          <w:szCs w:val="26"/>
        </w:rPr>
        <w:t>n, Đinh t</w:t>
      </w:r>
      <w:r w:rsidRPr="00865DF1">
        <w:rPr>
          <w:rFonts w:ascii="Times New Roman" w:hAnsi="Times New Roman" w:cs="Times New Roman"/>
          <w:sz w:val="26"/>
          <w:szCs w:val="26"/>
        </w:rPr>
        <w:t>ấ</w:t>
      </w:r>
      <w:r w:rsidRPr="00865DF1">
        <w:rPr>
          <w:rFonts w:ascii="Times New Roman" w:hAnsi="Times New Roman" w:cs="Times New Roman"/>
          <w:sz w:val="26"/>
          <w:szCs w:val="26"/>
        </w:rPr>
        <w:t>n đ</w:t>
      </w:r>
      <w:r w:rsidRPr="00865DF1">
        <w:rPr>
          <w:rFonts w:ascii="Times New Roman" w:hAnsi="Times New Roman" w:cs="Times New Roman"/>
          <w:sz w:val="26"/>
          <w:szCs w:val="26"/>
        </w:rPr>
        <w:t>ế</w:t>
      </w:r>
      <w:r w:rsidRPr="00865DF1">
        <w:rPr>
          <w:rFonts w:ascii="Times New Roman" w:hAnsi="Times New Roman" w:cs="Times New Roman"/>
          <w:sz w:val="26"/>
          <w:szCs w:val="26"/>
        </w:rPr>
        <w:t>n các k</w:t>
      </w:r>
      <w:r w:rsidRPr="00865DF1">
        <w:rPr>
          <w:rFonts w:ascii="Times New Roman" w:hAnsi="Times New Roman" w:cs="Times New Roman"/>
          <w:sz w:val="26"/>
          <w:szCs w:val="26"/>
        </w:rPr>
        <w:t>ỹ</w:t>
      </w:r>
      <w:r w:rsidRPr="00865DF1">
        <w:rPr>
          <w:rFonts w:ascii="Times New Roman" w:hAnsi="Times New Roman" w:cs="Times New Roman"/>
          <w:sz w:val="26"/>
          <w:szCs w:val="26"/>
        </w:rPr>
        <w:t xml:space="preserve"> thu</w:t>
      </w:r>
      <w:r w:rsidRPr="00865DF1">
        <w:rPr>
          <w:rFonts w:ascii="Times New Roman" w:hAnsi="Times New Roman" w:cs="Times New Roman"/>
          <w:sz w:val="26"/>
          <w:szCs w:val="26"/>
        </w:rPr>
        <w:t>ậ</w:t>
      </w:r>
      <w:r w:rsidRPr="00865DF1">
        <w:rPr>
          <w:rFonts w:ascii="Times New Roman" w:hAnsi="Times New Roman" w:cs="Times New Roman"/>
          <w:sz w:val="26"/>
          <w:szCs w:val="26"/>
        </w:rPr>
        <w:t>t ph</w:t>
      </w:r>
      <w:r w:rsidRPr="00865DF1">
        <w:rPr>
          <w:rFonts w:ascii="Times New Roman" w:hAnsi="Times New Roman" w:cs="Times New Roman"/>
          <w:sz w:val="26"/>
          <w:szCs w:val="26"/>
        </w:rPr>
        <w:t>ứ</w:t>
      </w:r>
      <w:r w:rsidRPr="00865DF1">
        <w:rPr>
          <w:rFonts w:ascii="Times New Roman" w:hAnsi="Times New Roman" w:cs="Times New Roman"/>
          <w:sz w:val="26"/>
          <w:szCs w:val="26"/>
        </w:rPr>
        <w:t>c t</w:t>
      </w:r>
      <w:r w:rsidRPr="00865DF1">
        <w:rPr>
          <w:rFonts w:ascii="Times New Roman" w:hAnsi="Times New Roman" w:cs="Times New Roman"/>
          <w:sz w:val="26"/>
          <w:szCs w:val="26"/>
        </w:rPr>
        <w:t>ạ</w:t>
      </w:r>
      <w:r w:rsidRPr="00865DF1">
        <w:rPr>
          <w:rFonts w:ascii="Times New Roman" w:hAnsi="Times New Roman" w:cs="Times New Roman"/>
          <w:sz w:val="26"/>
          <w:szCs w:val="26"/>
        </w:rPr>
        <w:t>p hơn, t</w:t>
      </w:r>
      <w:r w:rsidRPr="00865DF1">
        <w:rPr>
          <w:rFonts w:ascii="Times New Roman" w:hAnsi="Times New Roman" w:cs="Times New Roman"/>
          <w:sz w:val="26"/>
          <w:szCs w:val="26"/>
        </w:rPr>
        <w:t>ấ</w:t>
      </w:r>
      <w:r w:rsidRPr="00865DF1">
        <w:rPr>
          <w:rFonts w:ascii="Times New Roman" w:hAnsi="Times New Roman" w:cs="Times New Roman"/>
          <w:sz w:val="26"/>
          <w:szCs w:val="26"/>
        </w:rPr>
        <w:t>t c</w:t>
      </w:r>
      <w:r w:rsidRPr="00865DF1">
        <w:rPr>
          <w:rFonts w:ascii="Times New Roman" w:hAnsi="Times New Roman" w:cs="Times New Roman"/>
          <w:sz w:val="26"/>
          <w:szCs w:val="26"/>
        </w:rPr>
        <w:t>ả</w:t>
      </w:r>
      <w:r w:rsidRPr="00865DF1">
        <w:rPr>
          <w:rFonts w:ascii="Times New Roman" w:hAnsi="Times New Roman" w:cs="Times New Roman"/>
          <w:sz w:val="26"/>
          <w:szCs w:val="26"/>
        </w:rPr>
        <w:t xml:space="preserve"> đ</w:t>
      </w:r>
      <w:r w:rsidRPr="00865DF1">
        <w:rPr>
          <w:rFonts w:ascii="Times New Roman" w:hAnsi="Times New Roman" w:cs="Times New Roman"/>
          <w:sz w:val="26"/>
          <w:szCs w:val="26"/>
        </w:rPr>
        <w:t>ề</w:t>
      </w:r>
      <w:r w:rsidRPr="00865DF1">
        <w:rPr>
          <w:rFonts w:ascii="Times New Roman" w:hAnsi="Times New Roman" w:cs="Times New Roman"/>
          <w:sz w:val="26"/>
          <w:szCs w:val="26"/>
        </w:rPr>
        <w:t>u đòi h</w:t>
      </w:r>
      <w:r w:rsidRPr="00865DF1">
        <w:rPr>
          <w:rFonts w:ascii="Times New Roman" w:hAnsi="Times New Roman" w:cs="Times New Roman"/>
          <w:sz w:val="26"/>
          <w:szCs w:val="26"/>
        </w:rPr>
        <w:t>ỏ</w:t>
      </w:r>
      <w:r w:rsidRPr="00865DF1">
        <w:rPr>
          <w:rFonts w:ascii="Times New Roman" w:hAnsi="Times New Roman" w:cs="Times New Roman"/>
          <w:sz w:val="26"/>
          <w:szCs w:val="26"/>
        </w:rPr>
        <w:t>i s</w:t>
      </w:r>
      <w:r w:rsidRPr="00865DF1">
        <w:rPr>
          <w:rFonts w:ascii="Times New Roman" w:hAnsi="Times New Roman" w:cs="Times New Roman"/>
          <w:sz w:val="26"/>
          <w:szCs w:val="26"/>
        </w:rPr>
        <w:t>ự</w:t>
      </w:r>
      <w:r w:rsidRPr="00865DF1">
        <w:rPr>
          <w:rFonts w:ascii="Times New Roman" w:hAnsi="Times New Roman" w:cs="Times New Roman"/>
          <w:sz w:val="26"/>
          <w:szCs w:val="26"/>
        </w:rPr>
        <w:t xml:space="preserve"> chính xác, s</w:t>
      </w:r>
      <w:r w:rsidRPr="00865DF1">
        <w:rPr>
          <w:rFonts w:ascii="Times New Roman" w:hAnsi="Times New Roman" w:cs="Times New Roman"/>
          <w:sz w:val="26"/>
          <w:szCs w:val="26"/>
        </w:rPr>
        <w:t>ứ</w:t>
      </w:r>
      <w:r w:rsidRPr="00865DF1">
        <w:rPr>
          <w:rFonts w:ascii="Times New Roman" w:hAnsi="Times New Roman" w:cs="Times New Roman"/>
          <w:sz w:val="26"/>
          <w:szCs w:val="26"/>
        </w:rPr>
        <w:t>c b</w:t>
      </w:r>
      <w:r w:rsidRPr="00865DF1">
        <w:rPr>
          <w:rFonts w:ascii="Times New Roman" w:hAnsi="Times New Roman" w:cs="Times New Roman"/>
          <w:sz w:val="26"/>
          <w:szCs w:val="26"/>
        </w:rPr>
        <w:t>ề</w:t>
      </w:r>
      <w:r w:rsidRPr="00865DF1">
        <w:rPr>
          <w:rFonts w:ascii="Times New Roman" w:hAnsi="Times New Roman" w:cs="Times New Roman"/>
          <w:sz w:val="26"/>
          <w:szCs w:val="26"/>
        </w:rPr>
        <w:t>n và ý chí m</w:t>
      </w:r>
      <w:r w:rsidRPr="00865DF1">
        <w:rPr>
          <w:rFonts w:ascii="Times New Roman" w:hAnsi="Times New Roman" w:cs="Times New Roman"/>
          <w:sz w:val="26"/>
          <w:szCs w:val="26"/>
        </w:rPr>
        <w:t>ạ</w:t>
      </w:r>
      <w:r w:rsidRPr="00865DF1">
        <w:rPr>
          <w:rFonts w:ascii="Times New Roman" w:hAnsi="Times New Roman" w:cs="Times New Roman"/>
          <w:sz w:val="26"/>
          <w:szCs w:val="26"/>
        </w:rPr>
        <w:t>nh m</w:t>
      </w:r>
      <w:r w:rsidRPr="00865DF1">
        <w:rPr>
          <w:rFonts w:ascii="Times New Roman" w:hAnsi="Times New Roman" w:cs="Times New Roman"/>
          <w:sz w:val="26"/>
          <w:szCs w:val="26"/>
        </w:rPr>
        <w:t>ẽ</w:t>
      </w:r>
      <w:r w:rsidRPr="00865DF1">
        <w:rPr>
          <w:rFonts w:ascii="Times New Roman" w:hAnsi="Times New Roman" w:cs="Times New Roman"/>
          <w:sz w:val="26"/>
          <w:szCs w:val="26"/>
        </w:rPr>
        <w:t>. Có nh</w:t>
      </w:r>
      <w:r w:rsidRPr="00865DF1">
        <w:rPr>
          <w:rFonts w:ascii="Times New Roman" w:hAnsi="Times New Roman" w:cs="Times New Roman"/>
          <w:sz w:val="26"/>
          <w:szCs w:val="26"/>
        </w:rPr>
        <w:t>ữ</w:t>
      </w:r>
      <w:r w:rsidRPr="00865DF1">
        <w:rPr>
          <w:rFonts w:ascii="Times New Roman" w:hAnsi="Times New Roman" w:cs="Times New Roman"/>
          <w:sz w:val="26"/>
          <w:szCs w:val="26"/>
        </w:rPr>
        <w:t>ng ngày cánh tay m</w:t>
      </w:r>
      <w:r w:rsidRPr="00865DF1">
        <w:rPr>
          <w:rFonts w:ascii="Times New Roman" w:hAnsi="Times New Roman" w:cs="Times New Roman"/>
          <w:sz w:val="26"/>
          <w:szCs w:val="26"/>
        </w:rPr>
        <w:t>ỏ</w:t>
      </w:r>
      <w:r w:rsidRPr="00865DF1">
        <w:rPr>
          <w:rFonts w:ascii="Times New Roman" w:hAnsi="Times New Roman" w:cs="Times New Roman"/>
          <w:sz w:val="26"/>
          <w:szCs w:val="26"/>
        </w:rPr>
        <w:t xml:space="preserve">i rã, </w:t>
      </w:r>
      <w:r w:rsidRPr="00865DF1">
        <w:rPr>
          <w:rFonts w:ascii="Times New Roman" w:hAnsi="Times New Roman" w:cs="Times New Roman"/>
          <w:sz w:val="26"/>
          <w:szCs w:val="26"/>
        </w:rPr>
        <w:t>đôi chân b</w:t>
      </w:r>
      <w:r w:rsidRPr="00865DF1">
        <w:rPr>
          <w:rFonts w:ascii="Times New Roman" w:hAnsi="Times New Roman" w:cs="Times New Roman"/>
          <w:sz w:val="26"/>
          <w:szCs w:val="26"/>
        </w:rPr>
        <w:t>ầ</w:t>
      </w:r>
      <w:r w:rsidRPr="00865DF1">
        <w:rPr>
          <w:rFonts w:ascii="Times New Roman" w:hAnsi="Times New Roman" w:cs="Times New Roman"/>
          <w:sz w:val="26"/>
          <w:szCs w:val="26"/>
        </w:rPr>
        <w:t>m tím, nhưng không ai lùi bư</w:t>
      </w:r>
      <w:r w:rsidRPr="00865DF1">
        <w:rPr>
          <w:rFonts w:ascii="Times New Roman" w:hAnsi="Times New Roman" w:cs="Times New Roman"/>
          <w:sz w:val="26"/>
          <w:szCs w:val="26"/>
        </w:rPr>
        <w:t>ớ</w:t>
      </w:r>
      <w:r w:rsidRPr="00865DF1">
        <w:rPr>
          <w:rFonts w:ascii="Times New Roman" w:hAnsi="Times New Roman" w:cs="Times New Roman"/>
          <w:sz w:val="26"/>
          <w:szCs w:val="26"/>
        </w:rPr>
        <w:t>c.</w:t>
      </w:r>
    </w:p>
    <w:p w14:paraId="058B4F4A" w14:textId="6925296C" w:rsidR="00AC1FF6" w:rsidRPr="00865DF1" w:rsidRDefault="00923DD3" w:rsidP="00865DF1">
      <w:pPr>
        <w:spacing w:after="0"/>
        <w:ind w:firstLine="720"/>
        <w:jc w:val="both"/>
        <w:rPr>
          <w:rFonts w:ascii="Times New Roman" w:hAnsi="Times New Roman" w:cs="Times New Roman"/>
          <w:sz w:val="26"/>
          <w:szCs w:val="26"/>
        </w:rPr>
      </w:pPr>
      <w:r w:rsidRPr="00865DF1">
        <w:rPr>
          <w:rFonts w:ascii="Times New Roman" w:hAnsi="Times New Roman" w:cs="Times New Roman"/>
          <w:sz w:val="26"/>
          <w:szCs w:val="26"/>
        </w:rPr>
        <w:t>M</w:t>
      </w:r>
      <w:r w:rsidRPr="00865DF1">
        <w:rPr>
          <w:rFonts w:ascii="Times New Roman" w:hAnsi="Times New Roman" w:cs="Times New Roman"/>
          <w:sz w:val="26"/>
          <w:szCs w:val="26"/>
        </w:rPr>
        <w:t>ộ</w:t>
      </w:r>
      <w:r w:rsidRPr="00865DF1">
        <w:rPr>
          <w:rFonts w:ascii="Times New Roman" w:hAnsi="Times New Roman" w:cs="Times New Roman"/>
          <w:sz w:val="26"/>
          <w:szCs w:val="26"/>
        </w:rPr>
        <w:t>t h</w:t>
      </w:r>
      <w:r w:rsidRPr="00865DF1">
        <w:rPr>
          <w:rFonts w:ascii="Times New Roman" w:hAnsi="Times New Roman" w:cs="Times New Roman"/>
          <w:sz w:val="26"/>
          <w:szCs w:val="26"/>
        </w:rPr>
        <w:t>ọ</w:t>
      </w:r>
      <w:r w:rsidRPr="00865DF1">
        <w:rPr>
          <w:rFonts w:ascii="Times New Roman" w:hAnsi="Times New Roman" w:cs="Times New Roman"/>
          <w:sz w:val="26"/>
          <w:szCs w:val="26"/>
        </w:rPr>
        <w:t>c sinh chia s</w:t>
      </w:r>
      <w:r w:rsidRPr="00865DF1">
        <w:rPr>
          <w:rFonts w:ascii="Times New Roman" w:hAnsi="Times New Roman" w:cs="Times New Roman"/>
          <w:sz w:val="26"/>
          <w:szCs w:val="26"/>
        </w:rPr>
        <w:t>ẻ</w:t>
      </w:r>
      <w:r w:rsidRPr="00865DF1">
        <w:rPr>
          <w:rFonts w:ascii="Times New Roman" w:hAnsi="Times New Roman" w:cs="Times New Roman"/>
          <w:sz w:val="26"/>
          <w:szCs w:val="26"/>
        </w:rPr>
        <w:t>: “Có lúc m</w:t>
      </w:r>
      <w:r w:rsidRPr="00865DF1">
        <w:rPr>
          <w:rFonts w:ascii="Times New Roman" w:hAnsi="Times New Roman" w:cs="Times New Roman"/>
          <w:sz w:val="26"/>
          <w:szCs w:val="26"/>
        </w:rPr>
        <w:t>ệ</w:t>
      </w:r>
      <w:r w:rsidRPr="00865DF1">
        <w:rPr>
          <w:rFonts w:ascii="Times New Roman" w:hAnsi="Times New Roman" w:cs="Times New Roman"/>
          <w:sz w:val="26"/>
          <w:szCs w:val="26"/>
        </w:rPr>
        <w:t>t đ</w:t>
      </w:r>
      <w:r w:rsidRPr="00865DF1">
        <w:rPr>
          <w:rFonts w:ascii="Times New Roman" w:hAnsi="Times New Roman" w:cs="Times New Roman"/>
          <w:sz w:val="26"/>
          <w:szCs w:val="26"/>
        </w:rPr>
        <w:t>ế</w:t>
      </w:r>
      <w:r w:rsidRPr="00865DF1">
        <w:rPr>
          <w:rFonts w:ascii="Times New Roman" w:hAnsi="Times New Roman" w:cs="Times New Roman"/>
          <w:sz w:val="26"/>
          <w:szCs w:val="26"/>
        </w:rPr>
        <w:t>n m</w:t>
      </w:r>
      <w:r w:rsidRPr="00865DF1">
        <w:rPr>
          <w:rFonts w:ascii="Times New Roman" w:hAnsi="Times New Roman" w:cs="Times New Roman"/>
          <w:sz w:val="26"/>
          <w:szCs w:val="26"/>
        </w:rPr>
        <w:t>ứ</w:t>
      </w:r>
      <w:r w:rsidRPr="00865DF1">
        <w:rPr>
          <w:rFonts w:ascii="Times New Roman" w:hAnsi="Times New Roman" w:cs="Times New Roman"/>
          <w:sz w:val="26"/>
          <w:szCs w:val="26"/>
        </w:rPr>
        <w:t>c ch</w:t>
      </w:r>
      <w:r w:rsidRPr="00865DF1">
        <w:rPr>
          <w:rFonts w:ascii="Times New Roman" w:hAnsi="Times New Roman" w:cs="Times New Roman"/>
          <w:sz w:val="26"/>
          <w:szCs w:val="26"/>
        </w:rPr>
        <w:t>ỉ</w:t>
      </w:r>
      <w:r w:rsidRPr="00865DF1">
        <w:rPr>
          <w:rFonts w:ascii="Times New Roman" w:hAnsi="Times New Roman" w:cs="Times New Roman"/>
          <w:sz w:val="26"/>
          <w:szCs w:val="26"/>
        </w:rPr>
        <w:t xml:space="preserve"> mu</w:t>
      </w:r>
      <w:r w:rsidRPr="00865DF1">
        <w:rPr>
          <w:rFonts w:ascii="Times New Roman" w:hAnsi="Times New Roman" w:cs="Times New Roman"/>
          <w:sz w:val="26"/>
          <w:szCs w:val="26"/>
        </w:rPr>
        <w:t>ố</w:t>
      </w:r>
      <w:r w:rsidRPr="00865DF1">
        <w:rPr>
          <w:rFonts w:ascii="Times New Roman" w:hAnsi="Times New Roman" w:cs="Times New Roman"/>
          <w:sz w:val="26"/>
          <w:szCs w:val="26"/>
        </w:rPr>
        <w:t>n d</w:t>
      </w:r>
      <w:r w:rsidRPr="00865DF1">
        <w:rPr>
          <w:rFonts w:ascii="Times New Roman" w:hAnsi="Times New Roman" w:cs="Times New Roman"/>
          <w:sz w:val="26"/>
          <w:szCs w:val="26"/>
        </w:rPr>
        <w:t>ừ</w:t>
      </w:r>
      <w:r w:rsidRPr="00865DF1">
        <w:rPr>
          <w:rFonts w:ascii="Times New Roman" w:hAnsi="Times New Roman" w:cs="Times New Roman"/>
          <w:sz w:val="26"/>
          <w:szCs w:val="26"/>
        </w:rPr>
        <w:t>ng l</w:t>
      </w:r>
      <w:r w:rsidRPr="00865DF1">
        <w:rPr>
          <w:rFonts w:ascii="Times New Roman" w:hAnsi="Times New Roman" w:cs="Times New Roman"/>
          <w:sz w:val="26"/>
          <w:szCs w:val="26"/>
        </w:rPr>
        <w:t>ạ</w:t>
      </w:r>
      <w:r w:rsidRPr="00865DF1">
        <w:rPr>
          <w:rFonts w:ascii="Times New Roman" w:hAnsi="Times New Roman" w:cs="Times New Roman"/>
          <w:sz w:val="26"/>
          <w:szCs w:val="26"/>
        </w:rPr>
        <w:t>i. Nhưng khi c</w:t>
      </w:r>
      <w:r w:rsidRPr="00865DF1">
        <w:rPr>
          <w:rFonts w:ascii="Times New Roman" w:hAnsi="Times New Roman" w:cs="Times New Roman"/>
          <w:sz w:val="26"/>
          <w:szCs w:val="26"/>
        </w:rPr>
        <w:t>ả</w:t>
      </w:r>
      <w:r w:rsidRPr="00865DF1">
        <w:rPr>
          <w:rFonts w:ascii="Times New Roman" w:hAnsi="Times New Roman" w:cs="Times New Roman"/>
          <w:sz w:val="26"/>
          <w:szCs w:val="26"/>
        </w:rPr>
        <w:t xml:space="preserve"> đ</w:t>
      </w:r>
      <w:r w:rsidRPr="00865DF1">
        <w:rPr>
          <w:rFonts w:ascii="Times New Roman" w:hAnsi="Times New Roman" w:cs="Times New Roman"/>
          <w:sz w:val="26"/>
          <w:szCs w:val="26"/>
        </w:rPr>
        <w:t>ộ</w:t>
      </w:r>
      <w:r w:rsidRPr="00865DF1">
        <w:rPr>
          <w:rFonts w:ascii="Times New Roman" w:hAnsi="Times New Roman" w:cs="Times New Roman"/>
          <w:sz w:val="26"/>
          <w:szCs w:val="26"/>
        </w:rPr>
        <w:t>i cùng hô vang m</w:t>
      </w:r>
      <w:r w:rsidRPr="00865DF1">
        <w:rPr>
          <w:rFonts w:ascii="Times New Roman" w:hAnsi="Times New Roman" w:cs="Times New Roman"/>
          <w:sz w:val="26"/>
          <w:szCs w:val="26"/>
        </w:rPr>
        <w:t>ộ</w:t>
      </w:r>
      <w:r w:rsidRPr="00865DF1">
        <w:rPr>
          <w:rFonts w:ascii="Times New Roman" w:hAnsi="Times New Roman" w:cs="Times New Roman"/>
          <w:sz w:val="26"/>
          <w:szCs w:val="26"/>
        </w:rPr>
        <w:t>t ti</w:t>
      </w:r>
      <w:r w:rsidRPr="00865DF1">
        <w:rPr>
          <w:rFonts w:ascii="Times New Roman" w:hAnsi="Times New Roman" w:cs="Times New Roman"/>
          <w:sz w:val="26"/>
          <w:szCs w:val="26"/>
        </w:rPr>
        <w:t>ế</w:t>
      </w:r>
      <w:r w:rsidRPr="00865DF1">
        <w:rPr>
          <w:rFonts w:ascii="Times New Roman" w:hAnsi="Times New Roman" w:cs="Times New Roman"/>
          <w:sz w:val="26"/>
          <w:szCs w:val="26"/>
        </w:rPr>
        <w:t>ng ‘Hùng!’, cùng d</w:t>
      </w:r>
      <w:r w:rsidRPr="00865DF1">
        <w:rPr>
          <w:rFonts w:ascii="Times New Roman" w:hAnsi="Times New Roman" w:cs="Times New Roman"/>
          <w:sz w:val="26"/>
          <w:szCs w:val="26"/>
        </w:rPr>
        <w:t>ứ</w:t>
      </w:r>
      <w:r w:rsidRPr="00865DF1">
        <w:rPr>
          <w:rFonts w:ascii="Times New Roman" w:hAnsi="Times New Roman" w:cs="Times New Roman"/>
          <w:sz w:val="26"/>
          <w:szCs w:val="26"/>
        </w:rPr>
        <w:t>t khoát trong m</w:t>
      </w:r>
      <w:r w:rsidRPr="00865DF1">
        <w:rPr>
          <w:rFonts w:ascii="Times New Roman" w:hAnsi="Times New Roman" w:cs="Times New Roman"/>
          <w:sz w:val="26"/>
          <w:szCs w:val="26"/>
        </w:rPr>
        <w:t>ộ</w:t>
      </w:r>
      <w:r w:rsidRPr="00865DF1">
        <w:rPr>
          <w:rFonts w:ascii="Times New Roman" w:hAnsi="Times New Roman" w:cs="Times New Roman"/>
          <w:sz w:val="26"/>
          <w:szCs w:val="26"/>
        </w:rPr>
        <w:t>t nh</w:t>
      </w:r>
      <w:r w:rsidRPr="00865DF1">
        <w:rPr>
          <w:rFonts w:ascii="Times New Roman" w:hAnsi="Times New Roman" w:cs="Times New Roman"/>
          <w:sz w:val="26"/>
          <w:szCs w:val="26"/>
        </w:rPr>
        <w:t>ị</w:t>
      </w:r>
      <w:r w:rsidRPr="00865DF1">
        <w:rPr>
          <w:rFonts w:ascii="Times New Roman" w:hAnsi="Times New Roman" w:cs="Times New Roman"/>
          <w:sz w:val="26"/>
          <w:szCs w:val="26"/>
        </w:rPr>
        <w:t>p đánh, t</w:t>
      </w:r>
      <w:r w:rsidRPr="00865DF1">
        <w:rPr>
          <w:rFonts w:ascii="Times New Roman" w:hAnsi="Times New Roman" w:cs="Times New Roman"/>
          <w:sz w:val="26"/>
          <w:szCs w:val="26"/>
        </w:rPr>
        <w:t>ự</w:t>
      </w:r>
      <w:r w:rsidRPr="00865DF1">
        <w:rPr>
          <w:rFonts w:ascii="Times New Roman" w:hAnsi="Times New Roman" w:cs="Times New Roman"/>
          <w:sz w:val="26"/>
          <w:szCs w:val="26"/>
        </w:rPr>
        <w:t xml:space="preserve"> nhiên l</w:t>
      </w:r>
      <w:r w:rsidRPr="00865DF1">
        <w:rPr>
          <w:rFonts w:ascii="Times New Roman" w:hAnsi="Times New Roman" w:cs="Times New Roman"/>
          <w:sz w:val="26"/>
          <w:szCs w:val="26"/>
        </w:rPr>
        <w:t>ạ</w:t>
      </w:r>
      <w:r w:rsidRPr="00865DF1">
        <w:rPr>
          <w:rFonts w:ascii="Times New Roman" w:hAnsi="Times New Roman" w:cs="Times New Roman"/>
          <w:sz w:val="26"/>
          <w:szCs w:val="26"/>
        </w:rPr>
        <w:t>i th</w:t>
      </w:r>
      <w:r w:rsidRPr="00865DF1">
        <w:rPr>
          <w:rFonts w:ascii="Times New Roman" w:hAnsi="Times New Roman" w:cs="Times New Roman"/>
          <w:sz w:val="26"/>
          <w:szCs w:val="26"/>
        </w:rPr>
        <w:t>ấ</w:t>
      </w:r>
      <w:r w:rsidRPr="00865DF1">
        <w:rPr>
          <w:rFonts w:ascii="Times New Roman" w:hAnsi="Times New Roman" w:cs="Times New Roman"/>
          <w:sz w:val="26"/>
          <w:szCs w:val="26"/>
        </w:rPr>
        <w:t>y mình không th</w:t>
      </w:r>
      <w:r w:rsidRPr="00865DF1">
        <w:rPr>
          <w:rFonts w:ascii="Times New Roman" w:hAnsi="Times New Roman" w:cs="Times New Roman"/>
          <w:sz w:val="26"/>
          <w:szCs w:val="26"/>
        </w:rPr>
        <w:t>ể</w:t>
      </w:r>
      <w:r w:rsidRPr="00865DF1">
        <w:rPr>
          <w:rFonts w:ascii="Times New Roman" w:hAnsi="Times New Roman" w:cs="Times New Roman"/>
          <w:sz w:val="26"/>
          <w:szCs w:val="26"/>
        </w:rPr>
        <w:t xml:space="preserve"> b</w:t>
      </w:r>
      <w:r w:rsidRPr="00865DF1">
        <w:rPr>
          <w:rFonts w:ascii="Times New Roman" w:hAnsi="Times New Roman" w:cs="Times New Roman"/>
          <w:sz w:val="26"/>
          <w:szCs w:val="26"/>
        </w:rPr>
        <w:t>ỏ</w:t>
      </w:r>
      <w:r w:rsidRPr="00865DF1">
        <w:rPr>
          <w:rFonts w:ascii="Times New Roman" w:hAnsi="Times New Roman" w:cs="Times New Roman"/>
          <w:sz w:val="26"/>
          <w:szCs w:val="26"/>
        </w:rPr>
        <w:t xml:space="preserve"> cu</w:t>
      </w:r>
      <w:r w:rsidRPr="00865DF1">
        <w:rPr>
          <w:rFonts w:ascii="Times New Roman" w:hAnsi="Times New Roman" w:cs="Times New Roman"/>
          <w:sz w:val="26"/>
          <w:szCs w:val="26"/>
        </w:rPr>
        <w:t>ộ</w:t>
      </w:r>
      <w:r w:rsidRPr="00865DF1">
        <w:rPr>
          <w:rFonts w:ascii="Times New Roman" w:hAnsi="Times New Roman" w:cs="Times New Roman"/>
          <w:sz w:val="26"/>
          <w:szCs w:val="26"/>
        </w:rPr>
        <w:t>c.” Chính nh</w:t>
      </w:r>
      <w:r w:rsidRPr="00865DF1">
        <w:rPr>
          <w:rFonts w:ascii="Times New Roman" w:hAnsi="Times New Roman" w:cs="Times New Roman"/>
          <w:sz w:val="26"/>
          <w:szCs w:val="26"/>
        </w:rPr>
        <w:t>ữ</w:t>
      </w:r>
      <w:r w:rsidRPr="00865DF1">
        <w:rPr>
          <w:rFonts w:ascii="Times New Roman" w:hAnsi="Times New Roman" w:cs="Times New Roman"/>
          <w:sz w:val="26"/>
          <w:szCs w:val="26"/>
        </w:rPr>
        <w:t>ng kho</w:t>
      </w:r>
      <w:r w:rsidRPr="00865DF1">
        <w:rPr>
          <w:rFonts w:ascii="Times New Roman" w:hAnsi="Times New Roman" w:cs="Times New Roman"/>
          <w:sz w:val="26"/>
          <w:szCs w:val="26"/>
        </w:rPr>
        <w:t>ả</w:t>
      </w:r>
      <w:r w:rsidRPr="00865DF1">
        <w:rPr>
          <w:rFonts w:ascii="Times New Roman" w:hAnsi="Times New Roman" w:cs="Times New Roman"/>
          <w:sz w:val="26"/>
          <w:szCs w:val="26"/>
        </w:rPr>
        <w:t>nh kh</w:t>
      </w:r>
      <w:r w:rsidRPr="00865DF1">
        <w:rPr>
          <w:rFonts w:ascii="Times New Roman" w:hAnsi="Times New Roman" w:cs="Times New Roman"/>
          <w:sz w:val="26"/>
          <w:szCs w:val="26"/>
        </w:rPr>
        <w:t>ắ</w:t>
      </w:r>
      <w:r w:rsidRPr="00865DF1">
        <w:rPr>
          <w:rFonts w:ascii="Times New Roman" w:hAnsi="Times New Roman" w:cs="Times New Roman"/>
          <w:sz w:val="26"/>
          <w:szCs w:val="26"/>
        </w:rPr>
        <w:t xml:space="preserve">c </w:t>
      </w:r>
      <w:r w:rsidRPr="00865DF1">
        <w:rPr>
          <w:rFonts w:ascii="Times New Roman" w:hAnsi="Times New Roman" w:cs="Times New Roman"/>
          <w:sz w:val="26"/>
          <w:szCs w:val="26"/>
        </w:rPr>
        <w:t>tư</w:t>
      </w:r>
      <w:r w:rsidRPr="00865DF1">
        <w:rPr>
          <w:rFonts w:ascii="Times New Roman" w:hAnsi="Times New Roman" w:cs="Times New Roman"/>
          <w:sz w:val="26"/>
          <w:szCs w:val="26"/>
        </w:rPr>
        <w:t>ở</w:t>
      </w:r>
      <w:r w:rsidRPr="00865DF1">
        <w:rPr>
          <w:rFonts w:ascii="Times New Roman" w:hAnsi="Times New Roman" w:cs="Times New Roman"/>
          <w:sz w:val="26"/>
          <w:szCs w:val="26"/>
        </w:rPr>
        <w:t>ng ch</w:t>
      </w:r>
      <w:r w:rsidRPr="00865DF1">
        <w:rPr>
          <w:rFonts w:ascii="Times New Roman" w:hAnsi="Times New Roman" w:cs="Times New Roman"/>
          <w:sz w:val="26"/>
          <w:szCs w:val="26"/>
        </w:rPr>
        <w:t>ừ</w:t>
      </w:r>
      <w:r w:rsidRPr="00865DF1">
        <w:rPr>
          <w:rFonts w:ascii="Times New Roman" w:hAnsi="Times New Roman" w:cs="Times New Roman"/>
          <w:sz w:val="26"/>
          <w:szCs w:val="26"/>
        </w:rPr>
        <w:t>ng r</w:t>
      </w:r>
      <w:r w:rsidRPr="00865DF1">
        <w:rPr>
          <w:rFonts w:ascii="Times New Roman" w:hAnsi="Times New Roman" w:cs="Times New Roman"/>
          <w:sz w:val="26"/>
          <w:szCs w:val="26"/>
        </w:rPr>
        <w:t>ấ</w:t>
      </w:r>
      <w:r w:rsidRPr="00865DF1">
        <w:rPr>
          <w:rFonts w:ascii="Times New Roman" w:hAnsi="Times New Roman" w:cs="Times New Roman"/>
          <w:sz w:val="26"/>
          <w:szCs w:val="26"/>
        </w:rPr>
        <w:t>t nh</w:t>
      </w:r>
      <w:r w:rsidRPr="00865DF1">
        <w:rPr>
          <w:rFonts w:ascii="Times New Roman" w:hAnsi="Times New Roman" w:cs="Times New Roman"/>
          <w:sz w:val="26"/>
          <w:szCs w:val="26"/>
        </w:rPr>
        <w:t>ỏ</w:t>
      </w:r>
      <w:r w:rsidRPr="00865DF1">
        <w:rPr>
          <w:rFonts w:ascii="Times New Roman" w:hAnsi="Times New Roman" w:cs="Times New Roman"/>
          <w:sz w:val="26"/>
          <w:szCs w:val="26"/>
        </w:rPr>
        <w:t xml:space="preserve"> </w:t>
      </w:r>
      <w:r w:rsidRPr="00865DF1">
        <w:rPr>
          <w:rFonts w:ascii="Times New Roman" w:hAnsi="Times New Roman" w:cs="Times New Roman"/>
          <w:sz w:val="26"/>
          <w:szCs w:val="26"/>
        </w:rPr>
        <w:t>ấ</w:t>
      </w:r>
      <w:r w:rsidRPr="00865DF1">
        <w:rPr>
          <w:rFonts w:ascii="Times New Roman" w:hAnsi="Times New Roman" w:cs="Times New Roman"/>
          <w:sz w:val="26"/>
          <w:szCs w:val="26"/>
        </w:rPr>
        <w:t>y l</w:t>
      </w:r>
      <w:r w:rsidRPr="00865DF1">
        <w:rPr>
          <w:rFonts w:ascii="Times New Roman" w:hAnsi="Times New Roman" w:cs="Times New Roman"/>
          <w:sz w:val="26"/>
          <w:szCs w:val="26"/>
        </w:rPr>
        <w:t>ạ</w:t>
      </w:r>
      <w:r w:rsidRPr="00865DF1">
        <w:rPr>
          <w:rFonts w:ascii="Times New Roman" w:hAnsi="Times New Roman" w:cs="Times New Roman"/>
          <w:sz w:val="26"/>
          <w:szCs w:val="26"/>
        </w:rPr>
        <w:t>i tr</w:t>
      </w:r>
      <w:r w:rsidRPr="00865DF1">
        <w:rPr>
          <w:rFonts w:ascii="Times New Roman" w:hAnsi="Times New Roman" w:cs="Times New Roman"/>
          <w:sz w:val="26"/>
          <w:szCs w:val="26"/>
        </w:rPr>
        <w:t>ở</w:t>
      </w:r>
      <w:r w:rsidRPr="00865DF1">
        <w:rPr>
          <w:rFonts w:ascii="Times New Roman" w:hAnsi="Times New Roman" w:cs="Times New Roman"/>
          <w:sz w:val="26"/>
          <w:szCs w:val="26"/>
        </w:rPr>
        <w:t xml:space="preserve"> thành </w:t>
      </w:r>
      <w:r w:rsidR="00D77116">
        <w:rPr>
          <w:rFonts w:ascii="Times New Roman" w:hAnsi="Times New Roman" w:cs="Times New Roman"/>
          <w:sz w:val="26"/>
          <w:szCs w:val="26"/>
        </w:rPr>
        <w:t>nguồn sức mạnh</w:t>
      </w:r>
      <w:r w:rsidRPr="00865DF1">
        <w:rPr>
          <w:rFonts w:ascii="Times New Roman" w:hAnsi="Times New Roman" w:cs="Times New Roman"/>
          <w:sz w:val="26"/>
          <w:szCs w:val="26"/>
        </w:rPr>
        <w:t xml:space="preserve"> l</w:t>
      </w:r>
      <w:r w:rsidRPr="00865DF1">
        <w:rPr>
          <w:rFonts w:ascii="Times New Roman" w:hAnsi="Times New Roman" w:cs="Times New Roman"/>
          <w:sz w:val="26"/>
          <w:szCs w:val="26"/>
        </w:rPr>
        <w:t>ớ</w:t>
      </w:r>
      <w:r w:rsidRPr="00865DF1">
        <w:rPr>
          <w:rFonts w:ascii="Times New Roman" w:hAnsi="Times New Roman" w:cs="Times New Roman"/>
          <w:sz w:val="26"/>
          <w:szCs w:val="26"/>
        </w:rPr>
        <w:t>n lao đưa các em ti</w:t>
      </w:r>
      <w:r w:rsidRPr="00865DF1">
        <w:rPr>
          <w:rFonts w:ascii="Times New Roman" w:hAnsi="Times New Roman" w:cs="Times New Roman"/>
          <w:sz w:val="26"/>
          <w:szCs w:val="26"/>
        </w:rPr>
        <w:t>ế</w:t>
      </w:r>
      <w:r w:rsidRPr="00865DF1">
        <w:rPr>
          <w:rFonts w:ascii="Times New Roman" w:hAnsi="Times New Roman" w:cs="Times New Roman"/>
          <w:sz w:val="26"/>
          <w:szCs w:val="26"/>
        </w:rPr>
        <w:t>n v</w:t>
      </w:r>
      <w:r w:rsidRPr="00865DF1">
        <w:rPr>
          <w:rFonts w:ascii="Times New Roman" w:hAnsi="Times New Roman" w:cs="Times New Roman"/>
          <w:sz w:val="26"/>
          <w:szCs w:val="26"/>
        </w:rPr>
        <w:t>ề</w:t>
      </w:r>
      <w:r w:rsidRPr="00865DF1">
        <w:rPr>
          <w:rFonts w:ascii="Times New Roman" w:hAnsi="Times New Roman" w:cs="Times New Roman"/>
          <w:sz w:val="26"/>
          <w:szCs w:val="26"/>
        </w:rPr>
        <w:t xml:space="preserve"> phía trư</w:t>
      </w:r>
      <w:r w:rsidRPr="00865DF1">
        <w:rPr>
          <w:rFonts w:ascii="Times New Roman" w:hAnsi="Times New Roman" w:cs="Times New Roman"/>
          <w:sz w:val="26"/>
          <w:szCs w:val="26"/>
        </w:rPr>
        <w:t>ớ</w:t>
      </w:r>
      <w:r w:rsidRPr="00865DF1">
        <w:rPr>
          <w:rFonts w:ascii="Times New Roman" w:hAnsi="Times New Roman" w:cs="Times New Roman"/>
          <w:sz w:val="26"/>
          <w:szCs w:val="26"/>
        </w:rPr>
        <w:t>c.</w:t>
      </w:r>
      <w:r w:rsidR="00865DF1">
        <w:rPr>
          <w:rFonts w:ascii="Times New Roman" w:hAnsi="Times New Roman" w:cs="Times New Roman"/>
          <w:sz w:val="26"/>
          <w:szCs w:val="26"/>
        </w:rPr>
        <w:t xml:space="preserve"> </w:t>
      </w:r>
      <w:r w:rsidRPr="00865DF1">
        <w:rPr>
          <w:rFonts w:ascii="Times New Roman" w:hAnsi="Times New Roman" w:cs="Times New Roman"/>
          <w:sz w:val="26"/>
          <w:szCs w:val="26"/>
        </w:rPr>
        <w:t>Đi</w:t>
      </w:r>
      <w:r w:rsidRPr="00865DF1">
        <w:rPr>
          <w:rFonts w:ascii="Times New Roman" w:hAnsi="Times New Roman" w:cs="Times New Roman"/>
          <w:sz w:val="26"/>
          <w:szCs w:val="26"/>
        </w:rPr>
        <w:t>ề</w:t>
      </w:r>
      <w:r w:rsidRPr="00865DF1">
        <w:rPr>
          <w:rFonts w:ascii="Times New Roman" w:hAnsi="Times New Roman" w:cs="Times New Roman"/>
          <w:sz w:val="26"/>
          <w:szCs w:val="26"/>
        </w:rPr>
        <w:t>u đ</w:t>
      </w:r>
      <w:r w:rsidRPr="00865DF1">
        <w:rPr>
          <w:rFonts w:ascii="Times New Roman" w:hAnsi="Times New Roman" w:cs="Times New Roman"/>
          <w:sz w:val="26"/>
          <w:szCs w:val="26"/>
        </w:rPr>
        <w:t>ặ</w:t>
      </w:r>
      <w:r w:rsidRPr="00865DF1">
        <w:rPr>
          <w:rFonts w:ascii="Times New Roman" w:hAnsi="Times New Roman" w:cs="Times New Roman"/>
          <w:sz w:val="26"/>
          <w:szCs w:val="26"/>
        </w:rPr>
        <w:t>c bi</w:t>
      </w:r>
      <w:r w:rsidRPr="00865DF1">
        <w:rPr>
          <w:rFonts w:ascii="Times New Roman" w:hAnsi="Times New Roman" w:cs="Times New Roman"/>
          <w:sz w:val="26"/>
          <w:szCs w:val="26"/>
        </w:rPr>
        <w:t>ệ</w:t>
      </w:r>
      <w:r w:rsidRPr="00865DF1">
        <w:rPr>
          <w:rFonts w:ascii="Times New Roman" w:hAnsi="Times New Roman" w:cs="Times New Roman"/>
          <w:sz w:val="26"/>
          <w:szCs w:val="26"/>
        </w:rPr>
        <w:t>t c</w:t>
      </w:r>
      <w:r w:rsidRPr="00865DF1">
        <w:rPr>
          <w:rFonts w:ascii="Times New Roman" w:hAnsi="Times New Roman" w:cs="Times New Roman"/>
          <w:sz w:val="26"/>
          <w:szCs w:val="26"/>
        </w:rPr>
        <w:t>ủ</w:t>
      </w:r>
      <w:r w:rsidRPr="00865DF1">
        <w:rPr>
          <w:rFonts w:ascii="Times New Roman" w:hAnsi="Times New Roman" w:cs="Times New Roman"/>
          <w:sz w:val="26"/>
          <w:szCs w:val="26"/>
        </w:rPr>
        <w:t>a võ nh</w:t>
      </w:r>
      <w:r w:rsidRPr="00865DF1">
        <w:rPr>
          <w:rFonts w:ascii="Times New Roman" w:hAnsi="Times New Roman" w:cs="Times New Roman"/>
          <w:sz w:val="26"/>
          <w:szCs w:val="26"/>
        </w:rPr>
        <w:t>ạ</w:t>
      </w:r>
      <w:r w:rsidRPr="00865DF1">
        <w:rPr>
          <w:rFonts w:ascii="Times New Roman" w:hAnsi="Times New Roman" w:cs="Times New Roman"/>
          <w:sz w:val="26"/>
          <w:szCs w:val="26"/>
        </w:rPr>
        <w:t>c Vovinam không n</w:t>
      </w:r>
      <w:r w:rsidRPr="00865DF1">
        <w:rPr>
          <w:rFonts w:ascii="Times New Roman" w:hAnsi="Times New Roman" w:cs="Times New Roman"/>
          <w:sz w:val="26"/>
          <w:szCs w:val="26"/>
        </w:rPr>
        <w:t>ằ</w:t>
      </w:r>
      <w:r w:rsidRPr="00865DF1">
        <w:rPr>
          <w:rFonts w:ascii="Times New Roman" w:hAnsi="Times New Roman" w:cs="Times New Roman"/>
          <w:sz w:val="26"/>
          <w:szCs w:val="26"/>
        </w:rPr>
        <w:t xml:space="preserve">m </w:t>
      </w:r>
      <w:r w:rsidRPr="00865DF1">
        <w:rPr>
          <w:rFonts w:ascii="Times New Roman" w:hAnsi="Times New Roman" w:cs="Times New Roman"/>
          <w:sz w:val="26"/>
          <w:szCs w:val="26"/>
        </w:rPr>
        <w:t>ở</w:t>
      </w:r>
      <w:r w:rsidRPr="00865DF1">
        <w:rPr>
          <w:rFonts w:ascii="Times New Roman" w:hAnsi="Times New Roman" w:cs="Times New Roman"/>
          <w:sz w:val="26"/>
          <w:szCs w:val="26"/>
        </w:rPr>
        <w:t xml:space="preserve"> s</w:t>
      </w:r>
      <w:r w:rsidRPr="00865DF1">
        <w:rPr>
          <w:rFonts w:ascii="Times New Roman" w:hAnsi="Times New Roman" w:cs="Times New Roman"/>
          <w:sz w:val="26"/>
          <w:szCs w:val="26"/>
        </w:rPr>
        <w:t>ự</w:t>
      </w:r>
      <w:r w:rsidRPr="00865DF1">
        <w:rPr>
          <w:rFonts w:ascii="Times New Roman" w:hAnsi="Times New Roman" w:cs="Times New Roman"/>
          <w:sz w:val="26"/>
          <w:szCs w:val="26"/>
        </w:rPr>
        <w:t xml:space="preserve"> xu</w:t>
      </w:r>
      <w:r w:rsidRPr="00865DF1">
        <w:rPr>
          <w:rFonts w:ascii="Times New Roman" w:hAnsi="Times New Roman" w:cs="Times New Roman"/>
          <w:sz w:val="26"/>
          <w:szCs w:val="26"/>
        </w:rPr>
        <w:t>ấ</w:t>
      </w:r>
      <w:r w:rsidRPr="00865DF1">
        <w:rPr>
          <w:rFonts w:ascii="Times New Roman" w:hAnsi="Times New Roman" w:cs="Times New Roman"/>
          <w:sz w:val="26"/>
          <w:szCs w:val="26"/>
        </w:rPr>
        <w:t>t s</w:t>
      </w:r>
      <w:r w:rsidRPr="00865DF1">
        <w:rPr>
          <w:rFonts w:ascii="Times New Roman" w:hAnsi="Times New Roman" w:cs="Times New Roman"/>
          <w:sz w:val="26"/>
          <w:szCs w:val="26"/>
        </w:rPr>
        <w:t>ắ</w:t>
      </w:r>
      <w:r w:rsidRPr="00865DF1">
        <w:rPr>
          <w:rFonts w:ascii="Times New Roman" w:hAnsi="Times New Roman" w:cs="Times New Roman"/>
          <w:sz w:val="26"/>
          <w:szCs w:val="26"/>
        </w:rPr>
        <w:t>c c</w:t>
      </w:r>
      <w:r w:rsidRPr="00865DF1">
        <w:rPr>
          <w:rFonts w:ascii="Times New Roman" w:hAnsi="Times New Roman" w:cs="Times New Roman"/>
          <w:sz w:val="26"/>
          <w:szCs w:val="26"/>
        </w:rPr>
        <w:t>ủ</w:t>
      </w:r>
      <w:r w:rsidRPr="00865DF1">
        <w:rPr>
          <w:rFonts w:ascii="Times New Roman" w:hAnsi="Times New Roman" w:cs="Times New Roman"/>
          <w:sz w:val="26"/>
          <w:szCs w:val="26"/>
        </w:rPr>
        <w:t>a m</w:t>
      </w:r>
      <w:r w:rsidRPr="00865DF1">
        <w:rPr>
          <w:rFonts w:ascii="Times New Roman" w:hAnsi="Times New Roman" w:cs="Times New Roman"/>
          <w:sz w:val="26"/>
          <w:szCs w:val="26"/>
        </w:rPr>
        <w:t>ộ</w:t>
      </w:r>
      <w:r w:rsidRPr="00865DF1">
        <w:rPr>
          <w:rFonts w:ascii="Times New Roman" w:hAnsi="Times New Roman" w:cs="Times New Roman"/>
          <w:sz w:val="26"/>
          <w:szCs w:val="26"/>
        </w:rPr>
        <w:t xml:space="preserve">t cá nhân, mà </w:t>
      </w:r>
      <w:r w:rsidRPr="00865DF1">
        <w:rPr>
          <w:rFonts w:ascii="Times New Roman" w:hAnsi="Times New Roman" w:cs="Times New Roman"/>
          <w:sz w:val="26"/>
          <w:szCs w:val="26"/>
        </w:rPr>
        <w:t>ở</w:t>
      </w:r>
      <w:r w:rsidRPr="00865DF1">
        <w:rPr>
          <w:rFonts w:ascii="Times New Roman" w:hAnsi="Times New Roman" w:cs="Times New Roman"/>
          <w:sz w:val="26"/>
          <w:szCs w:val="26"/>
        </w:rPr>
        <w:t xml:space="preserve"> kh</w:t>
      </w:r>
      <w:r w:rsidRPr="00865DF1">
        <w:rPr>
          <w:rFonts w:ascii="Times New Roman" w:hAnsi="Times New Roman" w:cs="Times New Roman"/>
          <w:sz w:val="26"/>
          <w:szCs w:val="26"/>
        </w:rPr>
        <w:t>ả</w:t>
      </w:r>
      <w:r w:rsidRPr="00865DF1">
        <w:rPr>
          <w:rFonts w:ascii="Times New Roman" w:hAnsi="Times New Roman" w:cs="Times New Roman"/>
          <w:sz w:val="26"/>
          <w:szCs w:val="26"/>
        </w:rPr>
        <w:t xml:space="preserve"> năng hòa làm m</w:t>
      </w:r>
      <w:r w:rsidRPr="00865DF1">
        <w:rPr>
          <w:rFonts w:ascii="Times New Roman" w:hAnsi="Times New Roman" w:cs="Times New Roman"/>
          <w:sz w:val="26"/>
          <w:szCs w:val="26"/>
        </w:rPr>
        <w:t>ộ</w:t>
      </w:r>
      <w:r w:rsidRPr="00865DF1">
        <w:rPr>
          <w:rFonts w:ascii="Times New Roman" w:hAnsi="Times New Roman" w:cs="Times New Roman"/>
          <w:sz w:val="26"/>
          <w:szCs w:val="26"/>
        </w:rPr>
        <w:t>t c</w:t>
      </w:r>
      <w:r w:rsidRPr="00865DF1">
        <w:rPr>
          <w:rFonts w:ascii="Times New Roman" w:hAnsi="Times New Roman" w:cs="Times New Roman"/>
          <w:sz w:val="26"/>
          <w:szCs w:val="26"/>
        </w:rPr>
        <w:t>ủ</w:t>
      </w:r>
      <w:r w:rsidRPr="00865DF1">
        <w:rPr>
          <w:rFonts w:ascii="Times New Roman" w:hAnsi="Times New Roman" w:cs="Times New Roman"/>
          <w:sz w:val="26"/>
          <w:szCs w:val="26"/>
        </w:rPr>
        <w:t>a c</w:t>
      </w:r>
      <w:r w:rsidRPr="00865DF1">
        <w:rPr>
          <w:rFonts w:ascii="Times New Roman" w:hAnsi="Times New Roman" w:cs="Times New Roman"/>
          <w:sz w:val="26"/>
          <w:szCs w:val="26"/>
        </w:rPr>
        <w:t>ả</w:t>
      </w:r>
      <w:r w:rsidRPr="00865DF1">
        <w:rPr>
          <w:rFonts w:ascii="Times New Roman" w:hAnsi="Times New Roman" w:cs="Times New Roman"/>
          <w:sz w:val="26"/>
          <w:szCs w:val="26"/>
        </w:rPr>
        <w:t xml:space="preserve"> t</w:t>
      </w:r>
      <w:r w:rsidRPr="00865DF1">
        <w:rPr>
          <w:rFonts w:ascii="Times New Roman" w:hAnsi="Times New Roman" w:cs="Times New Roman"/>
          <w:sz w:val="26"/>
          <w:szCs w:val="26"/>
        </w:rPr>
        <w:t>ậ</w:t>
      </w:r>
      <w:r w:rsidRPr="00865DF1">
        <w:rPr>
          <w:rFonts w:ascii="Times New Roman" w:hAnsi="Times New Roman" w:cs="Times New Roman"/>
          <w:sz w:val="26"/>
          <w:szCs w:val="26"/>
        </w:rPr>
        <w:t>p th</w:t>
      </w:r>
      <w:r w:rsidRPr="00865DF1">
        <w:rPr>
          <w:rFonts w:ascii="Times New Roman" w:hAnsi="Times New Roman" w:cs="Times New Roman"/>
          <w:sz w:val="26"/>
          <w:szCs w:val="26"/>
        </w:rPr>
        <w:t>ể</w:t>
      </w:r>
      <w:r w:rsidRPr="00865DF1">
        <w:rPr>
          <w:rFonts w:ascii="Times New Roman" w:hAnsi="Times New Roman" w:cs="Times New Roman"/>
          <w:sz w:val="26"/>
          <w:szCs w:val="26"/>
        </w:rPr>
        <w:t>. M</w:t>
      </w:r>
      <w:r w:rsidRPr="00865DF1">
        <w:rPr>
          <w:rFonts w:ascii="Times New Roman" w:hAnsi="Times New Roman" w:cs="Times New Roman"/>
          <w:sz w:val="26"/>
          <w:szCs w:val="26"/>
        </w:rPr>
        <w:t>ỗ</w:t>
      </w:r>
      <w:r w:rsidRPr="00865DF1">
        <w:rPr>
          <w:rFonts w:ascii="Times New Roman" w:hAnsi="Times New Roman" w:cs="Times New Roman"/>
          <w:sz w:val="26"/>
          <w:szCs w:val="26"/>
        </w:rPr>
        <w:t>i đ</w:t>
      </w:r>
      <w:r w:rsidRPr="00865DF1">
        <w:rPr>
          <w:rFonts w:ascii="Times New Roman" w:hAnsi="Times New Roman" w:cs="Times New Roman"/>
          <w:sz w:val="26"/>
          <w:szCs w:val="26"/>
        </w:rPr>
        <w:t>ộ</w:t>
      </w:r>
      <w:r w:rsidRPr="00865DF1">
        <w:rPr>
          <w:rFonts w:ascii="Times New Roman" w:hAnsi="Times New Roman" w:cs="Times New Roman"/>
          <w:sz w:val="26"/>
          <w:szCs w:val="26"/>
        </w:rPr>
        <w:t>ng tác ch</w:t>
      </w:r>
      <w:r w:rsidRPr="00865DF1">
        <w:rPr>
          <w:rFonts w:ascii="Times New Roman" w:hAnsi="Times New Roman" w:cs="Times New Roman"/>
          <w:sz w:val="26"/>
          <w:szCs w:val="26"/>
        </w:rPr>
        <w:t>ỉ</w:t>
      </w:r>
      <w:r w:rsidRPr="00865DF1">
        <w:rPr>
          <w:rFonts w:ascii="Times New Roman" w:hAnsi="Times New Roman" w:cs="Times New Roman"/>
          <w:sz w:val="26"/>
          <w:szCs w:val="26"/>
        </w:rPr>
        <w:t xml:space="preserve"> th</w:t>
      </w:r>
      <w:r w:rsidRPr="00865DF1">
        <w:rPr>
          <w:rFonts w:ascii="Times New Roman" w:hAnsi="Times New Roman" w:cs="Times New Roman"/>
          <w:sz w:val="26"/>
          <w:szCs w:val="26"/>
        </w:rPr>
        <w:t>ự</w:t>
      </w:r>
      <w:r w:rsidRPr="00865DF1">
        <w:rPr>
          <w:rFonts w:ascii="Times New Roman" w:hAnsi="Times New Roman" w:cs="Times New Roman"/>
          <w:sz w:val="26"/>
          <w:szCs w:val="26"/>
        </w:rPr>
        <w:t>c s</w:t>
      </w:r>
      <w:r w:rsidRPr="00865DF1">
        <w:rPr>
          <w:rFonts w:ascii="Times New Roman" w:hAnsi="Times New Roman" w:cs="Times New Roman"/>
          <w:sz w:val="26"/>
          <w:szCs w:val="26"/>
        </w:rPr>
        <w:t>ự</w:t>
      </w:r>
      <w:r w:rsidRPr="00865DF1">
        <w:rPr>
          <w:rFonts w:ascii="Times New Roman" w:hAnsi="Times New Roman" w:cs="Times New Roman"/>
          <w:sz w:val="26"/>
          <w:szCs w:val="26"/>
        </w:rPr>
        <w:t xml:space="preserve"> có “h</w:t>
      </w:r>
      <w:r w:rsidRPr="00865DF1">
        <w:rPr>
          <w:rFonts w:ascii="Times New Roman" w:hAnsi="Times New Roman" w:cs="Times New Roman"/>
          <w:sz w:val="26"/>
          <w:szCs w:val="26"/>
        </w:rPr>
        <w:t>ồ</w:t>
      </w:r>
      <w:r w:rsidRPr="00865DF1">
        <w:rPr>
          <w:rFonts w:ascii="Times New Roman" w:hAnsi="Times New Roman" w:cs="Times New Roman"/>
          <w:sz w:val="26"/>
          <w:szCs w:val="26"/>
        </w:rPr>
        <w:t>n” khi t</w:t>
      </w:r>
      <w:r w:rsidRPr="00865DF1">
        <w:rPr>
          <w:rFonts w:ascii="Times New Roman" w:hAnsi="Times New Roman" w:cs="Times New Roman"/>
          <w:sz w:val="26"/>
          <w:szCs w:val="26"/>
        </w:rPr>
        <w:t>ấ</w:t>
      </w:r>
      <w:r w:rsidRPr="00865DF1">
        <w:rPr>
          <w:rFonts w:ascii="Times New Roman" w:hAnsi="Times New Roman" w:cs="Times New Roman"/>
          <w:sz w:val="26"/>
          <w:szCs w:val="26"/>
        </w:rPr>
        <w:t>t c</w:t>
      </w:r>
      <w:r w:rsidRPr="00865DF1">
        <w:rPr>
          <w:rFonts w:ascii="Times New Roman" w:hAnsi="Times New Roman" w:cs="Times New Roman"/>
          <w:sz w:val="26"/>
          <w:szCs w:val="26"/>
        </w:rPr>
        <w:t>ả</w:t>
      </w:r>
      <w:r w:rsidRPr="00865DF1">
        <w:rPr>
          <w:rFonts w:ascii="Times New Roman" w:hAnsi="Times New Roman" w:cs="Times New Roman"/>
          <w:sz w:val="26"/>
          <w:szCs w:val="26"/>
        </w:rPr>
        <w:t xml:space="preserve"> cùn</w:t>
      </w:r>
      <w:r w:rsidRPr="00865DF1">
        <w:rPr>
          <w:rFonts w:ascii="Times New Roman" w:hAnsi="Times New Roman" w:cs="Times New Roman"/>
          <w:sz w:val="26"/>
          <w:szCs w:val="26"/>
        </w:rPr>
        <w:t>g đ</w:t>
      </w:r>
      <w:r w:rsidRPr="00865DF1">
        <w:rPr>
          <w:rFonts w:ascii="Times New Roman" w:hAnsi="Times New Roman" w:cs="Times New Roman"/>
          <w:sz w:val="26"/>
          <w:szCs w:val="26"/>
        </w:rPr>
        <w:t>ồ</w:t>
      </w:r>
      <w:r w:rsidRPr="00865DF1">
        <w:rPr>
          <w:rFonts w:ascii="Times New Roman" w:hAnsi="Times New Roman" w:cs="Times New Roman"/>
          <w:sz w:val="26"/>
          <w:szCs w:val="26"/>
        </w:rPr>
        <w:t>ng đi</w:t>
      </w:r>
      <w:r w:rsidRPr="00865DF1">
        <w:rPr>
          <w:rFonts w:ascii="Times New Roman" w:hAnsi="Times New Roman" w:cs="Times New Roman"/>
          <w:sz w:val="26"/>
          <w:szCs w:val="26"/>
        </w:rPr>
        <w:t>ệ</w:t>
      </w:r>
      <w:r w:rsidRPr="00865DF1">
        <w:rPr>
          <w:rFonts w:ascii="Times New Roman" w:hAnsi="Times New Roman" w:cs="Times New Roman"/>
          <w:sz w:val="26"/>
          <w:szCs w:val="26"/>
        </w:rPr>
        <w:t>u – t</w:t>
      </w:r>
      <w:r w:rsidRPr="00865DF1">
        <w:rPr>
          <w:rFonts w:ascii="Times New Roman" w:hAnsi="Times New Roman" w:cs="Times New Roman"/>
          <w:sz w:val="26"/>
          <w:szCs w:val="26"/>
        </w:rPr>
        <w:t>ừ</w:t>
      </w:r>
      <w:r w:rsidRPr="00865DF1">
        <w:rPr>
          <w:rFonts w:ascii="Times New Roman" w:hAnsi="Times New Roman" w:cs="Times New Roman"/>
          <w:sz w:val="26"/>
          <w:szCs w:val="26"/>
        </w:rPr>
        <w:t xml:space="preserve"> ánh m</w:t>
      </w:r>
      <w:r w:rsidRPr="00865DF1">
        <w:rPr>
          <w:rFonts w:ascii="Times New Roman" w:hAnsi="Times New Roman" w:cs="Times New Roman"/>
          <w:sz w:val="26"/>
          <w:szCs w:val="26"/>
        </w:rPr>
        <w:t>ắ</w:t>
      </w:r>
      <w:r w:rsidRPr="00865DF1">
        <w:rPr>
          <w:rFonts w:ascii="Times New Roman" w:hAnsi="Times New Roman" w:cs="Times New Roman"/>
          <w:sz w:val="26"/>
          <w:szCs w:val="26"/>
        </w:rPr>
        <w:t>t, nh</w:t>
      </w:r>
      <w:r w:rsidRPr="00865DF1">
        <w:rPr>
          <w:rFonts w:ascii="Times New Roman" w:hAnsi="Times New Roman" w:cs="Times New Roman"/>
          <w:sz w:val="26"/>
          <w:szCs w:val="26"/>
        </w:rPr>
        <w:t>ị</w:t>
      </w:r>
      <w:r w:rsidRPr="00865DF1">
        <w:rPr>
          <w:rFonts w:ascii="Times New Roman" w:hAnsi="Times New Roman" w:cs="Times New Roman"/>
          <w:sz w:val="26"/>
          <w:szCs w:val="26"/>
        </w:rPr>
        <w:t>p th</w:t>
      </w:r>
      <w:r w:rsidRPr="00865DF1">
        <w:rPr>
          <w:rFonts w:ascii="Times New Roman" w:hAnsi="Times New Roman" w:cs="Times New Roman"/>
          <w:sz w:val="26"/>
          <w:szCs w:val="26"/>
        </w:rPr>
        <w:t>ở</w:t>
      </w:r>
      <w:r w:rsidRPr="00865DF1">
        <w:rPr>
          <w:rFonts w:ascii="Times New Roman" w:hAnsi="Times New Roman" w:cs="Times New Roman"/>
          <w:sz w:val="26"/>
          <w:szCs w:val="26"/>
        </w:rPr>
        <w:t xml:space="preserve"> đ</w:t>
      </w:r>
      <w:r w:rsidRPr="00865DF1">
        <w:rPr>
          <w:rFonts w:ascii="Times New Roman" w:hAnsi="Times New Roman" w:cs="Times New Roman"/>
          <w:sz w:val="26"/>
          <w:szCs w:val="26"/>
        </w:rPr>
        <w:t>ế</w:t>
      </w:r>
      <w:r w:rsidRPr="00865DF1">
        <w:rPr>
          <w:rFonts w:ascii="Times New Roman" w:hAnsi="Times New Roman" w:cs="Times New Roman"/>
          <w:sz w:val="26"/>
          <w:szCs w:val="26"/>
        </w:rPr>
        <w:t>n t</w:t>
      </w:r>
      <w:r w:rsidRPr="00865DF1">
        <w:rPr>
          <w:rFonts w:ascii="Times New Roman" w:hAnsi="Times New Roman" w:cs="Times New Roman"/>
          <w:sz w:val="26"/>
          <w:szCs w:val="26"/>
        </w:rPr>
        <w:t>ừ</w:t>
      </w:r>
      <w:r w:rsidRPr="00865DF1">
        <w:rPr>
          <w:rFonts w:ascii="Times New Roman" w:hAnsi="Times New Roman" w:cs="Times New Roman"/>
          <w:sz w:val="26"/>
          <w:szCs w:val="26"/>
        </w:rPr>
        <w:t>ng bư</w:t>
      </w:r>
      <w:r w:rsidRPr="00865DF1">
        <w:rPr>
          <w:rFonts w:ascii="Times New Roman" w:hAnsi="Times New Roman" w:cs="Times New Roman"/>
          <w:sz w:val="26"/>
          <w:szCs w:val="26"/>
        </w:rPr>
        <w:t>ớ</w:t>
      </w:r>
      <w:r w:rsidRPr="00865DF1">
        <w:rPr>
          <w:rFonts w:ascii="Times New Roman" w:hAnsi="Times New Roman" w:cs="Times New Roman"/>
          <w:sz w:val="26"/>
          <w:szCs w:val="26"/>
        </w:rPr>
        <w:t>c chân. Đó là s</w:t>
      </w:r>
      <w:r w:rsidRPr="00865DF1">
        <w:rPr>
          <w:rFonts w:ascii="Times New Roman" w:hAnsi="Times New Roman" w:cs="Times New Roman"/>
          <w:sz w:val="26"/>
          <w:szCs w:val="26"/>
        </w:rPr>
        <w:t>ự</w:t>
      </w:r>
      <w:r w:rsidRPr="00865DF1">
        <w:rPr>
          <w:rFonts w:ascii="Times New Roman" w:hAnsi="Times New Roman" w:cs="Times New Roman"/>
          <w:sz w:val="26"/>
          <w:szCs w:val="26"/>
        </w:rPr>
        <w:t xml:space="preserve"> k</w:t>
      </w:r>
      <w:r w:rsidRPr="00865DF1">
        <w:rPr>
          <w:rFonts w:ascii="Times New Roman" w:hAnsi="Times New Roman" w:cs="Times New Roman"/>
          <w:sz w:val="26"/>
          <w:szCs w:val="26"/>
        </w:rPr>
        <w:t>ỷ</w:t>
      </w:r>
      <w:r w:rsidRPr="00865DF1">
        <w:rPr>
          <w:rFonts w:ascii="Times New Roman" w:hAnsi="Times New Roman" w:cs="Times New Roman"/>
          <w:sz w:val="26"/>
          <w:szCs w:val="26"/>
        </w:rPr>
        <w:t xml:space="preserve"> lu</w:t>
      </w:r>
      <w:r w:rsidRPr="00865DF1">
        <w:rPr>
          <w:rFonts w:ascii="Times New Roman" w:hAnsi="Times New Roman" w:cs="Times New Roman"/>
          <w:sz w:val="26"/>
          <w:szCs w:val="26"/>
        </w:rPr>
        <w:t>ậ</w:t>
      </w:r>
      <w:r w:rsidRPr="00865DF1">
        <w:rPr>
          <w:rFonts w:ascii="Times New Roman" w:hAnsi="Times New Roman" w:cs="Times New Roman"/>
          <w:sz w:val="26"/>
          <w:szCs w:val="26"/>
        </w:rPr>
        <w:t>t đư</w:t>
      </w:r>
      <w:r w:rsidRPr="00865DF1">
        <w:rPr>
          <w:rFonts w:ascii="Times New Roman" w:hAnsi="Times New Roman" w:cs="Times New Roman"/>
          <w:sz w:val="26"/>
          <w:szCs w:val="26"/>
        </w:rPr>
        <w:t>ợ</w:t>
      </w:r>
      <w:r w:rsidRPr="00865DF1">
        <w:rPr>
          <w:rFonts w:ascii="Times New Roman" w:hAnsi="Times New Roman" w:cs="Times New Roman"/>
          <w:sz w:val="26"/>
          <w:szCs w:val="26"/>
        </w:rPr>
        <w:t>c tôi luy</w:t>
      </w:r>
      <w:r w:rsidRPr="00865DF1">
        <w:rPr>
          <w:rFonts w:ascii="Times New Roman" w:hAnsi="Times New Roman" w:cs="Times New Roman"/>
          <w:sz w:val="26"/>
          <w:szCs w:val="26"/>
        </w:rPr>
        <w:t>ệ</w:t>
      </w:r>
      <w:r w:rsidRPr="00865DF1">
        <w:rPr>
          <w:rFonts w:ascii="Times New Roman" w:hAnsi="Times New Roman" w:cs="Times New Roman"/>
          <w:sz w:val="26"/>
          <w:szCs w:val="26"/>
        </w:rPr>
        <w:t>n qua th</w:t>
      </w:r>
      <w:r w:rsidRPr="00865DF1">
        <w:rPr>
          <w:rFonts w:ascii="Times New Roman" w:hAnsi="Times New Roman" w:cs="Times New Roman"/>
          <w:sz w:val="26"/>
          <w:szCs w:val="26"/>
        </w:rPr>
        <w:t>ờ</w:t>
      </w:r>
      <w:r w:rsidRPr="00865DF1">
        <w:rPr>
          <w:rFonts w:ascii="Times New Roman" w:hAnsi="Times New Roman" w:cs="Times New Roman"/>
          <w:sz w:val="26"/>
          <w:szCs w:val="26"/>
        </w:rPr>
        <w:t>i gian, là s</w:t>
      </w:r>
      <w:r w:rsidRPr="00865DF1">
        <w:rPr>
          <w:rFonts w:ascii="Times New Roman" w:hAnsi="Times New Roman" w:cs="Times New Roman"/>
          <w:sz w:val="26"/>
          <w:szCs w:val="26"/>
        </w:rPr>
        <w:t>ự</w:t>
      </w:r>
      <w:r w:rsidRPr="00865DF1">
        <w:rPr>
          <w:rFonts w:ascii="Times New Roman" w:hAnsi="Times New Roman" w:cs="Times New Roman"/>
          <w:sz w:val="26"/>
          <w:szCs w:val="26"/>
        </w:rPr>
        <w:t xml:space="preserve"> th</w:t>
      </w:r>
      <w:r w:rsidRPr="00865DF1">
        <w:rPr>
          <w:rFonts w:ascii="Times New Roman" w:hAnsi="Times New Roman" w:cs="Times New Roman"/>
          <w:sz w:val="26"/>
          <w:szCs w:val="26"/>
        </w:rPr>
        <w:t>ấ</w:t>
      </w:r>
      <w:r w:rsidRPr="00865DF1">
        <w:rPr>
          <w:rFonts w:ascii="Times New Roman" w:hAnsi="Times New Roman" w:cs="Times New Roman"/>
          <w:sz w:val="26"/>
          <w:szCs w:val="26"/>
        </w:rPr>
        <w:t>u hi</w:t>
      </w:r>
      <w:r w:rsidRPr="00865DF1">
        <w:rPr>
          <w:rFonts w:ascii="Times New Roman" w:hAnsi="Times New Roman" w:cs="Times New Roman"/>
          <w:sz w:val="26"/>
          <w:szCs w:val="26"/>
        </w:rPr>
        <w:t>ể</w:t>
      </w:r>
      <w:r w:rsidRPr="00865DF1">
        <w:rPr>
          <w:rFonts w:ascii="Times New Roman" w:hAnsi="Times New Roman" w:cs="Times New Roman"/>
          <w:sz w:val="26"/>
          <w:szCs w:val="26"/>
        </w:rPr>
        <w:t>u đư</w:t>
      </w:r>
      <w:r w:rsidRPr="00865DF1">
        <w:rPr>
          <w:rFonts w:ascii="Times New Roman" w:hAnsi="Times New Roman" w:cs="Times New Roman"/>
          <w:sz w:val="26"/>
          <w:szCs w:val="26"/>
        </w:rPr>
        <w:t>ợ</w:t>
      </w:r>
      <w:r w:rsidRPr="00865DF1">
        <w:rPr>
          <w:rFonts w:ascii="Times New Roman" w:hAnsi="Times New Roman" w:cs="Times New Roman"/>
          <w:sz w:val="26"/>
          <w:szCs w:val="26"/>
        </w:rPr>
        <w:t>c hình thành t</w:t>
      </w:r>
      <w:r w:rsidRPr="00865DF1">
        <w:rPr>
          <w:rFonts w:ascii="Times New Roman" w:hAnsi="Times New Roman" w:cs="Times New Roman"/>
          <w:sz w:val="26"/>
          <w:szCs w:val="26"/>
        </w:rPr>
        <w:t>ừ</w:t>
      </w:r>
      <w:r w:rsidRPr="00865DF1">
        <w:rPr>
          <w:rFonts w:ascii="Times New Roman" w:hAnsi="Times New Roman" w:cs="Times New Roman"/>
          <w:sz w:val="26"/>
          <w:szCs w:val="26"/>
        </w:rPr>
        <w:t xml:space="preserve"> nh</w:t>
      </w:r>
      <w:r w:rsidRPr="00865DF1">
        <w:rPr>
          <w:rFonts w:ascii="Times New Roman" w:hAnsi="Times New Roman" w:cs="Times New Roman"/>
          <w:sz w:val="26"/>
          <w:szCs w:val="26"/>
        </w:rPr>
        <w:t>ữ</w:t>
      </w:r>
      <w:r w:rsidRPr="00865DF1">
        <w:rPr>
          <w:rFonts w:ascii="Times New Roman" w:hAnsi="Times New Roman" w:cs="Times New Roman"/>
          <w:sz w:val="26"/>
          <w:szCs w:val="26"/>
        </w:rPr>
        <w:t>ng bu</w:t>
      </w:r>
      <w:r w:rsidRPr="00865DF1">
        <w:rPr>
          <w:rFonts w:ascii="Times New Roman" w:hAnsi="Times New Roman" w:cs="Times New Roman"/>
          <w:sz w:val="26"/>
          <w:szCs w:val="26"/>
        </w:rPr>
        <w:t>ổ</w:t>
      </w:r>
      <w:r w:rsidRPr="00865DF1">
        <w:rPr>
          <w:rFonts w:ascii="Times New Roman" w:hAnsi="Times New Roman" w:cs="Times New Roman"/>
          <w:sz w:val="26"/>
          <w:szCs w:val="26"/>
        </w:rPr>
        <w:t>i t</w:t>
      </w:r>
      <w:r w:rsidRPr="00865DF1">
        <w:rPr>
          <w:rFonts w:ascii="Times New Roman" w:hAnsi="Times New Roman" w:cs="Times New Roman"/>
          <w:sz w:val="26"/>
          <w:szCs w:val="26"/>
        </w:rPr>
        <w:t>ậ</w:t>
      </w:r>
      <w:r w:rsidRPr="00865DF1">
        <w:rPr>
          <w:rFonts w:ascii="Times New Roman" w:hAnsi="Times New Roman" w:cs="Times New Roman"/>
          <w:sz w:val="26"/>
          <w:szCs w:val="26"/>
        </w:rPr>
        <w:t>p chung. Vì th</w:t>
      </w:r>
      <w:r w:rsidRPr="00865DF1">
        <w:rPr>
          <w:rFonts w:ascii="Times New Roman" w:hAnsi="Times New Roman" w:cs="Times New Roman"/>
          <w:sz w:val="26"/>
          <w:szCs w:val="26"/>
        </w:rPr>
        <w:t>ế</w:t>
      </w:r>
      <w:r w:rsidRPr="00865DF1">
        <w:rPr>
          <w:rFonts w:ascii="Times New Roman" w:hAnsi="Times New Roman" w:cs="Times New Roman"/>
          <w:sz w:val="26"/>
          <w:szCs w:val="26"/>
        </w:rPr>
        <w:t>, t</w:t>
      </w:r>
      <w:r w:rsidRPr="00865DF1">
        <w:rPr>
          <w:rFonts w:ascii="Times New Roman" w:hAnsi="Times New Roman" w:cs="Times New Roman"/>
          <w:sz w:val="26"/>
          <w:szCs w:val="26"/>
        </w:rPr>
        <w:t>ạ</w:t>
      </w:r>
      <w:r w:rsidRPr="00865DF1">
        <w:rPr>
          <w:rFonts w:ascii="Times New Roman" w:hAnsi="Times New Roman" w:cs="Times New Roman"/>
          <w:sz w:val="26"/>
          <w:szCs w:val="26"/>
        </w:rPr>
        <w:t>i Nguy</w:t>
      </w:r>
      <w:r w:rsidRPr="00865DF1">
        <w:rPr>
          <w:rFonts w:ascii="Times New Roman" w:hAnsi="Times New Roman" w:cs="Times New Roman"/>
          <w:sz w:val="26"/>
          <w:szCs w:val="26"/>
        </w:rPr>
        <w:t>ễ</w:t>
      </w:r>
      <w:r w:rsidRPr="00865DF1">
        <w:rPr>
          <w:rFonts w:ascii="Times New Roman" w:hAnsi="Times New Roman" w:cs="Times New Roman"/>
          <w:sz w:val="26"/>
          <w:szCs w:val="26"/>
        </w:rPr>
        <w:t>n Đ</w:t>
      </w:r>
      <w:r w:rsidRPr="00865DF1">
        <w:rPr>
          <w:rFonts w:ascii="Times New Roman" w:hAnsi="Times New Roman" w:cs="Times New Roman"/>
          <w:sz w:val="26"/>
          <w:szCs w:val="26"/>
        </w:rPr>
        <w:t>ứ</w:t>
      </w:r>
      <w:r w:rsidRPr="00865DF1">
        <w:rPr>
          <w:rFonts w:ascii="Times New Roman" w:hAnsi="Times New Roman" w:cs="Times New Roman"/>
          <w:sz w:val="26"/>
          <w:szCs w:val="26"/>
        </w:rPr>
        <w:t>c Thu</w:t>
      </w:r>
      <w:r w:rsidRPr="00865DF1">
        <w:rPr>
          <w:rFonts w:ascii="Times New Roman" w:hAnsi="Times New Roman" w:cs="Times New Roman"/>
          <w:sz w:val="26"/>
          <w:szCs w:val="26"/>
        </w:rPr>
        <w:t>ậ</w:t>
      </w:r>
      <w:r w:rsidRPr="00865DF1">
        <w:rPr>
          <w:rFonts w:ascii="Times New Roman" w:hAnsi="Times New Roman" w:cs="Times New Roman"/>
          <w:sz w:val="26"/>
          <w:szCs w:val="26"/>
        </w:rPr>
        <w:t>n, võ nh</w:t>
      </w:r>
      <w:r w:rsidRPr="00865DF1">
        <w:rPr>
          <w:rFonts w:ascii="Times New Roman" w:hAnsi="Times New Roman" w:cs="Times New Roman"/>
          <w:sz w:val="26"/>
          <w:szCs w:val="26"/>
        </w:rPr>
        <w:t>ạ</w:t>
      </w:r>
      <w:r w:rsidRPr="00865DF1">
        <w:rPr>
          <w:rFonts w:ascii="Times New Roman" w:hAnsi="Times New Roman" w:cs="Times New Roman"/>
          <w:sz w:val="26"/>
          <w:szCs w:val="26"/>
        </w:rPr>
        <w:t>c Vovinam không ch</w:t>
      </w:r>
      <w:r w:rsidRPr="00865DF1">
        <w:rPr>
          <w:rFonts w:ascii="Times New Roman" w:hAnsi="Times New Roman" w:cs="Times New Roman"/>
          <w:sz w:val="26"/>
          <w:szCs w:val="26"/>
        </w:rPr>
        <w:t>ỉ</w:t>
      </w:r>
      <w:r w:rsidRPr="00865DF1">
        <w:rPr>
          <w:rFonts w:ascii="Times New Roman" w:hAnsi="Times New Roman" w:cs="Times New Roman"/>
          <w:sz w:val="26"/>
          <w:szCs w:val="26"/>
        </w:rPr>
        <w:t xml:space="preserve"> là ho</w:t>
      </w:r>
      <w:r w:rsidRPr="00865DF1">
        <w:rPr>
          <w:rFonts w:ascii="Times New Roman" w:hAnsi="Times New Roman" w:cs="Times New Roman"/>
          <w:sz w:val="26"/>
          <w:szCs w:val="26"/>
        </w:rPr>
        <w:t>ạ</w:t>
      </w:r>
      <w:r w:rsidRPr="00865DF1">
        <w:rPr>
          <w:rFonts w:ascii="Times New Roman" w:hAnsi="Times New Roman" w:cs="Times New Roman"/>
          <w:sz w:val="26"/>
          <w:szCs w:val="26"/>
        </w:rPr>
        <w:t>t đ</w:t>
      </w:r>
      <w:r w:rsidRPr="00865DF1">
        <w:rPr>
          <w:rFonts w:ascii="Times New Roman" w:hAnsi="Times New Roman" w:cs="Times New Roman"/>
          <w:sz w:val="26"/>
          <w:szCs w:val="26"/>
        </w:rPr>
        <w:t>ộ</w:t>
      </w:r>
      <w:r w:rsidRPr="00865DF1">
        <w:rPr>
          <w:rFonts w:ascii="Times New Roman" w:hAnsi="Times New Roman" w:cs="Times New Roman"/>
          <w:sz w:val="26"/>
          <w:szCs w:val="26"/>
        </w:rPr>
        <w:t>ng th</w:t>
      </w:r>
      <w:r w:rsidRPr="00865DF1">
        <w:rPr>
          <w:rFonts w:ascii="Times New Roman" w:hAnsi="Times New Roman" w:cs="Times New Roman"/>
          <w:sz w:val="26"/>
          <w:szCs w:val="26"/>
        </w:rPr>
        <w:t>ể</w:t>
      </w:r>
      <w:r w:rsidRPr="00865DF1">
        <w:rPr>
          <w:rFonts w:ascii="Times New Roman" w:hAnsi="Times New Roman" w:cs="Times New Roman"/>
          <w:sz w:val="26"/>
          <w:szCs w:val="26"/>
        </w:rPr>
        <w:t xml:space="preserve"> ch</w:t>
      </w:r>
      <w:r w:rsidRPr="00865DF1">
        <w:rPr>
          <w:rFonts w:ascii="Times New Roman" w:hAnsi="Times New Roman" w:cs="Times New Roman"/>
          <w:sz w:val="26"/>
          <w:szCs w:val="26"/>
        </w:rPr>
        <w:t>ấ</w:t>
      </w:r>
      <w:r w:rsidRPr="00865DF1">
        <w:rPr>
          <w:rFonts w:ascii="Times New Roman" w:hAnsi="Times New Roman" w:cs="Times New Roman"/>
          <w:sz w:val="26"/>
          <w:szCs w:val="26"/>
        </w:rPr>
        <w:t>t mà còn tr</w:t>
      </w:r>
      <w:r w:rsidRPr="00865DF1">
        <w:rPr>
          <w:rFonts w:ascii="Times New Roman" w:hAnsi="Times New Roman" w:cs="Times New Roman"/>
          <w:sz w:val="26"/>
          <w:szCs w:val="26"/>
        </w:rPr>
        <w:t>ở</w:t>
      </w:r>
      <w:r w:rsidRPr="00865DF1">
        <w:rPr>
          <w:rFonts w:ascii="Times New Roman" w:hAnsi="Times New Roman" w:cs="Times New Roman"/>
          <w:sz w:val="26"/>
          <w:szCs w:val="26"/>
        </w:rPr>
        <w:t xml:space="preserve"> thành s</w:t>
      </w:r>
      <w:r w:rsidRPr="00865DF1">
        <w:rPr>
          <w:rFonts w:ascii="Times New Roman" w:hAnsi="Times New Roman" w:cs="Times New Roman"/>
          <w:sz w:val="26"/>
          <w:szCs w:val="26"/>
        </w:rPr>
        <w:t>ợ</w:t>
      </w:r>
      <w:r w:rsidRPr="00865DF1">
        <w:rPr>
          <w:rFonts w:ascii="Times New Roman" w:hAnsi="Times New Roman" w:cs="Times New Roman"/>
          <w:sz w:val="26"/>
          <w:szCs w:val="26"/>
        </w:rPr>
        <w:t>i dây g</w:t>
      </w:r>
      <w:r w:rsidRPr="00865DF1">
        <w:rPr>
          <w:rFonts w:ascii="Times New Roman" w:hAnsi="Times New Roman" w:cs="Times New Roman"/>
          <w:sz w:val="26"/>
          <w:szCs w:val="26"/>
        </w:rPr>
        <w:t>ắ</w:t>
      </w:r>
      <w:r w:rsidRPr="00865DF1">
        <w:rPr>
          <w:rFonts w:ascii="Times New Roman" w:hAnsi="Times New Roman" w:cs="Times New Roman"/>
          <w:sz w:val="26"/>
          <w:szCs w:val="26"/>
        </w:rPr>
        <w:t>n k</w:t>
      </w:r>
      <w:r w:rsidRPr="00865DF1">
        <w:rPr>
          <w:rFonts w:ascii="Times New Roman" w:hAnsi="Times New Roman" w:cs="Times New Roman"/>
          <w:sz w:val="26"/>
          <w:szCs w:val="26"/>
        </w:rPr>
        <w:t>ế</w:t>
      </w:r>
      <w:r w:rsidRPr="00865DF1">
        <w:rPr>
          <w:rFonts w:ascii="Times New Roman" w:hAnsi="Times New Roman" w:cs="Times New Roman"/>
          <w:sz w:val="26"/>
          <w:szCs w:val="26"/>
        </w:rPr>
        <w:t>t</w:t>
      </w:r>
      <w:r w:rsidR="00D77116">
        <w:rPr>
          <w:rFonts w:ascii="Times New Roman" w:hAnsi="Times New Roman" w:cs="Times New Roman"/>
          <w:sz w:val="26"/>
          <w:szCs w:val="26"/>
        </w:rPr>
        <w:t xml:space="preserve"> các em</w:t>
      </w:r>
      <w:r w:rsidRPr="00865DF1">
        <w:rPr>
          <w:rFonts w:ascii="Times New Roman" w:hAnsi="Times New Roman" w:cs="Times New Roman"/>
          <w:sz w:val="26"/>
          <w:szCs w:val="26"/>
        </w:rPr>
        <w:t xml:space="preserve"> h</w:t>
      </w:r>
      <w:r w:rsidRPr="00865DF1">
        <w:rPr>
          <w:rFonts w:ascii="Times New Roman" w:hAnsi="Times New Roman" w:cs="Times New Roman"/>
          <w:sz w:val="26"/>
          <w:szCs w:val="26"/>
        </w:rPr>
        <w:t>ọ</w:t>
      </w:r>
      <w:r w:rsidRPr="00865DF1">
        <w:rPr>
          <w:rFonts w:ascii="Times New Roman" w:hAnsi="Times New Roman" w:cs="Times New Roman"/>
          <w:sz w:val="26"/>
          <w:szCs w:val="26"/>
        </w:rPr>
        <w:t>c sinh.</w:t>
      </w:r>
    </w:p>
    <w:p w14:paraId="4C6D8CA5" w14:textId="77777777" w:rsidR="00AC1FF6" w:rsidRPr="00865DF1" w:rsidRDefault="00923DD3" w:rsidP="00865DF1">
      <w:pPr>
        <w:spacing w:after="0"/>
        <w:jc w:val="both"/>
        <w:rPr>
          <w:rFonts w:ascii="Times New Roman" w:hAnsi="Times New Roman" w:cs="Times New Roman"/>
          <w:b/>
          <w:bCs/>
          <w:sz w:val="26"/>
          <w:szCs w:val="26"/>
        </w:rPr>
      </w:pPr>
      <w:r w:rsidRPr="00865DF1">
        <w:rPr>
          <w:rFonts w:ascii="Times New Roman" w:hAnsi="Times New Roman" w:cs="Times New Roman"/>
          <w:b/>
          <w:bCs/>
          <w:sz w:val="26"/>
          <w:szCs w:val="26"/>
        </w:rPr>
        <w:t>Khi võ đ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ạ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o tr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ở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 xml:space="preserve"> thành hành trang c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ủ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a tu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ổ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i tr</w:t>
      </w:r>
      <w:r w:rsidRPr="00865DF1">
        <w:rPr>
          <w:rFonts w:ascii="Times New Roman" w:hAnsi="Times New Roman" w:cs="Times New Roman"/>
          <w:b/>
          <w:bCs/>
          <w:sz w:val="26"/>
          <w:szCs w:val="26"/>
        </w:rPr>
        <w:t>ẻ</w:t>
      </w:r>
    </w:p>
    <w:p w14:paraId="21E477C3" w14:textId="51B2FBEF" w:rsidR="00AC1FF6" w:rsidRPr="00865DF1" w:rsidRDefault="00923DD3" w:rsidP="00865DF1">
      <w:pPr>
        <w:spacing w:after="0"/>
        <w:ind w:firstLine="720"/>
        <w:jc w:val="both"/>
        <w:rPr>
          <w:rFonts w:ascii="Times New Roman" w:hAnsi="Times New Roman" w:cs="Times New Roman"/>
          <w:sz w:val="26"/>
          <w:szCs w:val="26"/>
        </w:rPr>
      </w:pPr>
      <w:r w:rsidRPr="00865DF1">
        <w:rPr>
          <w:rFonts w:ascii="Times New Roman" w:hAnsi="Times New Roman" w:cs="Times New Roman"/>
          <w:sz w:val="26"/>
          <w:szCs w:val="26"/>
        </w:rPr>
        <w:t>Vi</w:t>
      </w:r>
      <w:r w:rsidRPr="00865DF1">
        <w:rPr>
          <w:rFonts w:ascii="Times New Roman" w:hAnsi="Times New Roman" w:cs="Times New Roman"/>
          <w:sz w:val="26"/>
          <w:szCs w:val="26"/>
        </w:rPr>
        <w:t>ệ</w:t>
      </w:r>
      <w:r w:rsidRPr="00865DF1">
        <w:rPr>
          <w:rFonts w:ascii="Times New Roman" w:hAnsi="Times New Roman" w:cs="Times New Roman"/>
          <w:sz w:val="26"/>
          <w:szCs w:val="26"/>
        </w:rPr>
        <w:t>c luy</w:t>
      </w:r>
      <w:r w:rsidRPr="00865DF1">
        <w:rPr>
          <w:rFonts w:ascii="Times New Roman" w:hAnsi="Times New Roman" w:cs="Times New Roman"/>
          <w:sz w:val="26"/>
          <w:szCs w:val="26"/>
        </w:rPr>
        <w:t>ệ</w:t>
      </w:r>
      <w:r w:rsidRPr="00865DF1">
        <w:rPr>
          <w:rFonts w:ascii="Times New Roman" w:hAnsi="Times New Roman" w:cs="Times New Roman"/>
          <w:sz w:val="26"/>
          <w:szCs w:val="26"/>
        </w:rPr>
        <w:t>n t</w:t>
      </w:r>
      <w:r w:rsidRPr="00865DF1">
        <w:rPr>
          <w:rFonts w:ascii="Times New Roman" w:hAnsi="Times New Roman" w:cs="Times New Roman"/>
          <w:sz w:val="26"/>
          <w:szCs w:val="26"/>
        </w:rPr>
        <w:t>ậ</w:t>
      </w:r>
      <w:r w:rsidRPr="00865DF1">
        <w:rPr>
          <w:rFonts w:ascii="Times New Roman" w:hAnsi="Times New Roman" w:cs="Times New Roman"/>
          <w:sz w:val="26"/>
          <w:szCs w:val="26"/>
        </w:rPr>
        <w:t>p Vovinam không ch</w:t>
      </w:r>
      <w:r w:rsidRPr="00865DF1">
        <w:rPr>
          <w:rFonts w:ascii="Times New Roman" w:hAnsi="Times New Roman" w:cs="Times New Roman"/>
          <w:sz w:val="26"/>
          <w:szCs w:val="26"/>
        </w:rPr>
        <w:t>ỉ</w:t>
      </w:r>
      <w:r w:rsidRPr="00865DF1">
        <w:rPr>
          <w:rFonts w:ascii="Times New Roman" w:hAnsi="Times New Roman" w:cs="Times New Roman"/>
          <w:sz w:val="26"/>
          <w:szCs w:val="26"/>
        </w:rPr>
        <w:t xml:space="preserve"> giúp h</w:t>
      </w:r>
      <w:r w:rsidRPr="00865DF1">
        <w:rPr>
          <w:rFonts w:ascii="Times New Roman" w:hAnsi="Times New Roman" w:cs="Times New Roman"/>
          <w:sz w:val="26"/>
          <w:szCs w:val="26"/>
        </w:rPr>
        <w:t>ọ</w:t>
      </w:r>
      <w:r w:rsidRPr="00865DF1">
        <w:rPr>
          <w:rFonts w:ascii="Times New Roman" w:hAnsi="Times New Roman" w:cs="Times New Roman"/>
          <w:sz w:val="26"/>
          <w:szCs w:val="26"/>
        </w:rPr>
        <w:t>c sinh nâng cao s</w:t>
      </w:r>
      <w:r w:rsidRPr="00865DF1">
        <w:rPr>
          <w:rFonts w:ascii="Times New Roman" w:hAnsi="Times New Roman" w:cs="Times New Roman"/>
          <w:sz w:val="26"/>
          <w:szCs w:val="26"/>
        </w:rPr>
        <w:t>ứ</w:t>
      </w:r>
      <w:r w:rsidRPr="00865DF1">
        <w:rPr>
          <w:rFonts w:ascii="Times New Roman" w:hAnsi="Times New Roman" w:cs="Times New Roman"/>
          <w:sz w:val="26"/>
          <w:szCs w:val="26"/>
        </w:rPr>
        <w:t>c kh</w:t>
      </w:r>
      <w:r w:rsidRPr="00865DF1">
        <w:rPr>
          <w:rFonts w:ascii="Times New Roman" w:hAnsi="Times New Roman" w:cs="Times New Roman"/>
          <w:sz w:val="26"/>
          <w:szCs w:val="26"/>
        </w:rPr>
        <w:t>ỏ</w:t>
      </w:r>
      <w:r w:rsidRPr="00865DF1">
        <w:rPr>
          <w:rFonts w:ascii="Times New Roman" w:hAnsi="Times New Roman" w:cs="Times New Roman"/>
          <w:sz w:val="26"/>
          <w:szCs w:val="26"/>
        </w:rPr>
        <w:t>e mà còn là hành trình âm th</w:t>
      </w:r>
      <w:r w:rsidRPr="00865DF1">
        <w:rPr>
          <w:rFonts w:ascii="Times New Roman" w:hAnsi="Times New Roman" w:cs="Times New Roman"/>
          <w:sz w:val="26"/>
          <w:szCs w:val="26"/>
        </w:rPr>
        <w:t>ầ</w:t>
      </w:r>
      <w:r w:rsidRPr="00865DF1">
        <w:rPr>
          <w:rFonts w:ascii="Times New Roman" w:hAnsi="Times New Roman" w:cs="Times New Roman"/>
          <w:sz w:val="26"/>
          <w:szCs w:val="26"/>
        </w:rPr>
        <w:t>m giúp các em hi</w:t>
      </w:r>
      <w:r w:rsidRPr="00865DF1">
        <w:rPr>
          <w:rFonts w:ascii="Times New Roman" w:hAnsi="Times New Roman" w:cs="Times New Roman"/>
          <w:sz w:val="26"/>
          <w:szCs w:val="26"/>
        </w:rPr>
        <w:t>ể</w:t>
      </w:r>
      <w:r w:rsidRPr="00865DF1">
        <w:rPr>
          <w:rFonts w:ascii="Times New Roman" w:hAnsi="Times New Roman" w:cs="Times New Roman"/>
          <w:sz w:val="26"/>
          <w:szCs w:val="26"/>
        </w:rPr>
        <w:t>u hơn v</w:t>
      </w:r>
      <w:r w:rsidRPr="00865DF1">
        <w:rPr>
          <w:rFonts w:ascii="Times New Roman" w:hAnsi="Times New Roman" w:cs="Times New Roman"/>
          <w:sz w:val="26"/>
          <w:szCs w:val="26"/>
        </w:rPr>
        <w:t>ề</w:t>
      </w:r>
      <w:r w:rsidRPr="00865DF1">
        <w:rPr>
          <w:rFonts w:ascii="Times New Roman" w:hAnsi="Times New Roman" w:cs="Times New Roman"/>
          <w:sz w:val="26"/>
          <w:szCs w:val="26"/>
        </w:rPr>
        <w:t xml:space="preserve"> chính mình. Qua t</w:t>
      </w:r>
      <w:r w:rsidRPr="00865DF1">
        <w:rPr>
          <w:rFonts w:ascii="Times New Roman" w:hAnsi="Times New Roman" w:cs="Times New Roman"/>
          <w:sz w:val="26"/>
          <w:szCs w:val="26"/>
        </w:rPr>
        <w:t>ừ</w:t>
      </w:r>
      <w:r w:rsidRPr="00865DF1">
        <w:rPr>
          <w:rFonts w:ascii="Times New Roman" w:hAnsi="Times New Roman" w:cs="Times New Roman"/>
          <w:sz w:val="26"/>
          <w:szCs w:val="26"/>
        </w:rPr>
        <w:t>ng đ</w:t>
      </w:r>
      <w:r w:rsidRPr="00865DF1">
        <w:rPr>
          <w:rFonts w:ascii="Times New Roman" w:hAnsi="Times New Roman" w:cs="Times New Roman"/>
          <w:sz w:val="26"/>
          <w:szCs w:val="26"/>
        </w:rPr>
        <w:t>ộ</w:t>
      </w:r>
      <w:r w:rsidRPr="00865DF1">
        <w:rPr>
          <w:rFonts w:ascii="Times New Roman" w:hAnsi="Times New Roman" w:cs="Times New Roman"/>
          <w:sz w:val="26"/>
          <w:szCs w:val="26"/>
        </w:rPr>
        <w:t>ng tác, t</w:t>
      </w:r>
      <w:r w:rsidRPr="00865DF1">
        <w:rPr>
          <w:rFonts w:ascii="Times New Roman" w:hAnsi="Times New Roman" w:cs="Times New Roman"/>
          <w:sz w:val="26"/>
          <w:szCs w:val="26"/>
        </w:rPr>
        <w:t>ừ</w:t>
      </w:r>
      <w:r w:rsidRPr="00865DF1">
        <w:rPr>
          <w:rFonts w:ascii="Times New Roman" w:hAnsi="Times New Roman" w:cs="Times New Roman"/>
          <w:sz w:val="26"/>
          <w:szCs w:val="26"/>
        </w:rPr>
        <w:t>ng l</w:t>
      </w:r>
      <w:r w:rsidRPr="00865DF1">
        <w:rPr>
          <w:rFonts w:ascii="Times New Roman" w:hAnsi="Times New Roman" w:cs="Times New Roman"/>
          <w:sz w:val="26"/>
          <w:szCs w:val="26"/>
        </w:rPr>
        <w:t>ầ</w:t>
      </w:r>
      <w:r w:rsidRPr="00865DF1">
        <w:rPr>
          <w:rFonts w:ascii="Times New Roman" w:hAnsi="Times New Roman" w:cs="Times New Roman"/>
          <w:sz w:val="26"/>
          <w:szCs w:val="26"/>
        </w:rPr>
        <w:t>n kiên trì l</w:t>
      </w:r>
      <w:r w:rsidRPr="00865DF1">
        <w:rPr>
          <w:rFonts w:ascii="Times New Roman" w:hAnsi="Times New Roman" w:cs="Times New Roman"/>
          <w:sz w:val="26"/>
          <w:szCs w:val="26"/>
        </w:rPr>
        <w:t>ặ</w:t>
      </w:r>
      <w:r w:rsidRPr="00865DF1">
        <w:rPr>
          <w:rFonts w:ascii="Times New Roman" w:hAnsi="Times New Roman" w:cs="Times New Roman"/>
          <w:sz w:val="26"/>
          <w:szCs w:val="26"/>
        </w:rPr>
        <w:t>p l</w:t>
      </w:r>
      <w:r w:rsidRPr="00865DF1">
        <w:rPr>
          <w:rFonts w:ascii="Times New Roman" w:hAnsi="Times New Roman" w:cs="Times New Roman"/>
          <w:sz w:val="26"/>
          <w:szCs w:val="26"/>
        </w:rPr>
        <w:t>ạ</w:t>
      </w:r>
      <w:r w:rsidRPr="00865DF1">
        <w:rPr>
          <w:rFonts w:ascii="Times New Roman" w:hAnsi="Times New Roman" w:cs="Times New Roman"/>
          <w:sz w:val="26"/>
          <w:szCs w:val="26"/>
        </w:rPr>
        <w:t>i, nh</w:t>
      </w:r>
      <w:r w:rsidRPr="00865DF1">
        <w:rPr>
          <w:rFonts w:ascii="Times New Roman" w:hAnsi="Times New Roman" w:cs="Times New Roman"/>
          <w:sz w:val="26"/>
          <w:szCs w:val="26"/>
        </w:rPr>
        <w:t>ữ</w:t>
      </w:r>
      <w:r w:rsidRPr="00865DF1">
        <w:rPr>
          <w:rFonts w:ascii="Times New Roman" w:hAnsi="Times New Roman" w:cs="Times New Roman"/>
          <w:sz w:val="26"/>
          <w:szCs w:val="26"/>
        </w:rPr>
        <w:t>n</w:t>
      </w:r>
      <w:r w:rsidRPr="00865DF1">
        <w:rPr>
          <w:rFonts w:ascii="Times New Roman" w:hAnsi="Times New Roman" w:cs="Times New Roman"/>
          <w:sz w:val="26"/>
          <w:szCs w:val="26"/>
        </w:rPr>
        <w:t>g bài h</w:t>
      </w:r>
      <w:r w:rsidRPr="00865DF1">
        <w:rPr>
          <w:rFonts w:ascii="Times New Roman" w:hAnsi="Times New Roman" w:cs="Times New Roman"/>
          <w:sz w:val="26"/>
          <w:szCs w:val="26"/>
        </w:rPr>
        <w:t>ọ</w:t>
      </w:r>
      <w:r w:rsidRPr="00865DF1">
        <w:rPr>
          <w:rFonts w:ascii="Times New Roman" w:hAnsi="Times New Roman" w:cs="Times New Roman"/>
          <w:sz w:val="26"/>
          <w:szCs w:val="26"/>
        </w:rPr>
        <w:t>c v</w:t>
      </w:r>
      <w:r w:rsidRPr="00865DF1">
        <w:rPr>
          <w:rFonts w:ascii="Times New Roman" w:hAnsi="Times New Roman" w:cs="Times New Roman"/>
          <w:sz w:val="26"/>
          <w:szCs w:val="26"/>
        </w:rPr>
        <w:t>ề</w:t>
      </w:r>
      <w:r w:rsidRPr="00865DF1">
        <w:rPr>
          <w:rFonts w:ascii="Times New Roman" w:hAnsi="Times New Roman" w:cs="Times New Roman"/>
          <w:sz w:val="26"/>
          <w:szCs w:val="26"/>
        </w:rPr>
        <w:t xml:space="preserve"> k</w:t>
      </w:r>
      <w:r w:rsidRPr="00865DF1">
        <w:rPr>
          <w:rFonts w:ascii="Times New Roman" w:hAnsi="Times New Roman" w:cs="Times New Roman"/>
          <w:sz w:val="26"/>
          <w:szCs w:val="26"/>
        </w:rPr>
        <w:t>ỷ</w:t>
      </w:r>
      <w:r w:rsidRPr="00865DF1">
        <w:rPr>
          <w:rFonts w:ascii="Times New Roman" w:hAnsi="Times New Roman" w:cs="Times New Roman"/>
          <w:sz w:val="26"/>
          <w:szCs w:val="26"/>
        </w:rPr>
        <w:t xml:space="preserve"> lu</w:t>
      </w:r>
      <w:r w:rsidRPr="00865DF1">
        <w:rPr>
          <w:rFonts w:ascii="Times New Roman" w:hAnsi="Times New Roman" w:cs="Times New Roman"/>
          <w:sz w:val="26"/>
          <w:szCs w:val="26"/>
        </w:rPr>
        <w:t>ậ</w:t>
      </w:r>
      <w:r w:rsidRPr="00865DF1">
        <w:rPr>
          <w:rFonts w:ascii="Times New Roman" w:hAnsi="Times New Roman" w:cs="Times New Roman"/>
          <w:sz w:val="26"/>
          <w:szCs w:val="26"/>
        </w:rPr>
        <w:t>t, ý chí và s</w:t>
      </w:r>
      <w:r w:rsidRPr="00865DF1">
        <w:rPr>
          <w:rFonts w:ascii="Times New Roman" w:hAnsi="Times New Roman" w:cs="Times New Roman"/>
          <w:sz w:val="26"/>
          <w:szCs w:val="26"/>
        </w:rPr>
        <w:t>ự</w:t>
      </w:r>
      <w:r w:rsidRPr="00865DF1">
        <w:rPr>
          <w:rFonts w:ascii="Times New Roman" w:hAnsi="Times New Roman" w:cs="Times New Roman"/>
          <w:sz w:val="26"/>
          <w:szCs w:val="26"/>
        </w:rPr>
        <w:t xml:space="preserve"> t</w:t>
      </w:r>
      <w:r w:rsidRPr="00865DF1">
        <w:rPr>
          <w:rFonts w:ascii="Times New Roman" w:hAnsi="Times New Roman" w:cs="Times New Roman"/>
          <w:sz w:val="26"/>
          <w:szCs w:val="26"/>
        </w:rPr>
        <w:t>ự</w:t>
      </w:r>
      <w:r w:rsidRPr="00865DF1">
        <w:rPr>
          <w:rFonts w:ascii="Times New Roman" w:hAnsi="Times New Roman" w:cs="Times New Roman"/>
          <w:sz w:val="26"/>
          <w:szCs w:val="26"/>
        </w:rPr>
        <w:t xml:space="preserve"> tin d</w:t>
      </w:r>
      <w:r w:rsidRPr="00865DF1">
        <w:rPr>
          <w:rFonts w:ascii="Times New Roman" w:hAnsi="Times New Roman" w:cs="Times New Roman"/>
          <w:sz w:val="26"/>
          <w:szCs w:val="26"/>
        </w:rPr>
        <w:t>ầ</w:t>
      </w:r>
      <w:r w:rsidRPr="00865DF1">
        <w:rPr>
          <w:rFonts w:ascii="Times New Roman" w:hAnsi="Times New Roman" w:cs="Times New Roman"/>
          <w:sz w:val="26"/>
          <w:szCs w:val="26"/>
        </w:rPr>
        <w:t>n đư</w:t>
      </w:r>
      <w:r w:rsidRPr="00865DF1">
        <w:rPr>
          <w:rFonts w:ascii="Times New Roman" w:hAnsi="Times New Roman" w:cs="Times New Roman"/>
          <w:sz w:val="26"/>
          <w:szCs w:val="26"/>
        </w:rPr>
        <w:t>ợ</w:t>
      </w:r>
      <w:r w:rsidRPr="00865DF1">
        <w:rPr>
          <w:rFonts w:ascii="Times New Roman" w:hAnsi="Times New Roman" w:cs="Times New Roman"/>
          <w:sz w:val="26"/>
          <w:szCs w:val="26"/>
        </w:rPr>
        <w:t xml:space="preserve">c hình thành – không </w:t>
      </w:r>
      <w:r w:rsidRPr="00865DF1">
        <w:rPr>
          <w:rFonts w:ascii="Times New Roman" w:hAnsi="Times New Roman" w:cs="Times New Roman"/>
          <w:sz w:val="26"/>
          <w:szCs w:val="26"/>
        </w:rPr>
        <w:t>ồ</w:t>
      </w:r>
      <w:r w:rsidRPr="00865DF1">
        <w:rPr>
          <w:rFonts w:ascii="Times New Roman" w:hAnsi="Times New Roman" w:cs="Times New Roman"/>
          <w:sz w:val="26"/>
          <w:szCs w:val="26"/>
        </w:rPr>
        <w:t>n ào nhưng b</w:t>
      </w:r>
      <w:r w:rsidRPr="00865DF1">
        <w:rPr>
          <w:rFonts w:ascii="Times New Roman" w:hAnsi="Times New Roman" w:cs="Times New Roman"/>
          <w:sz w:val="26"/>
          <w:szCs w:val="26"/>
        </w:rPr>
        <w:t>ề</w:t>
      </w:r>
      <w:r w:rsidRPr="00865DF1">
        <w:rPr>
          <w:rFonts w:ascii="Times New Roman" w:hAnsi="Times New Roman" w:cs="Times New Roman"/>
          <w:sz w:val="26"/>
          <w:szCs w:val="26"/>
        </w:rPr>
        <w:t>n b</w:t>
      </w:r>
      <w:r w:rsidRPr="00865DF1">
        <w:rPr>
          <w:rFonts w:ascii="Times New Roman" w:hAnsi="Times New Roman" w:cs="Times New Roman"/>
          <w:sz w:val="26"/>
          <w:szCs w:val="26"/>
        </w:rPr>
        <w:t>ỉ</w:t>
      </w:r>
      <w:r w:rsidRPr="00865DF1">
        <w:rPr>
          <w:rFonts w:ascii="Times New Roman" w:hAnsi="Times New Roman" w:cs="Times New Roman"/>
          <w:sz w:val="26"/>
          <w:szCs w:val="26"/>
        </w:rPr>
        <w:t>.</w:t>
      </w:r>
      <w:r w:rsidR="00865DF1">
        <w:rPr>
          <w:rFonts w:ascii="Times New Roman" w:hAnsi="Times New Roman" w:cs="Times New Roman"/>
          <w:sz w:val="26"/>
          <w:szCs w:val="26"/>
        </w:rPr>
        <w:t xml:space="preserve"> </w:t>
      </w:r>
      <w:r w:rsidRPr="00865DF1">
        <w:rPr>
          <w:rFonts w:ascii="Times New Roman" w:hAnsi="Times New Roman" w:cs="Times New Roman"/>
          <w:sz w:val="26"/>
          <w:szCs w:val="26"/>
        </w:rPr>
        <w:t>Nh</w:t>
      </w:r>
      <w:r w:rsidRPr="00865DF1">
        <w:rPr>
          <w:rFonts w:ascii="Times New Roman" w:hAnsi="Times New Roman" w:cs="Times New Roman"/>
          <w:sz w:val="26"/>
          <w:szCs w:val="26"/>
        </w:rPr>
        <w:t>ữ</w:t>
      </w:r>
      <w:r w:rsidRPr="00865DF1">
        <w:rPr>
          <w:rFonts w:ascii="Times New Roman" w:hAnsi="Times New Roman" w:cs="Times New Roman"/>
          <w:sz w:val="26"/>
          <w:szCs w:val="26"/>
        </w:rPr>
        <w:t>ng bu</w:t>
      </w:r>
      <w:r w:rsidRPr="00865DF1">
        <w:rPr>
          <w:rFonts w:ascii="Times New Roman" w:hAnsi="Times New Roman" w:cs="Times New Roman"/>
          <w:sz w:val="26"/>
          <w:szCs w:val="26"/>
        </w:rPr>
        <w:t>ổ</w:t>
      </w:r>
      <w:r w:rsidRPr="00865DF1">
        <w:rPr>
          <w:rFonts w:ascii="Times New Roman" w:hAnsi="Times New Roman" w:cs="Times New Roman"/>
          <w:sz w:val="26"/>
          <w:szCs w:val="26"/>
        </w:rPr>
        <w:t>i t</w:t>
      </w:r>
      <w:r w:rsidRPr="00865DF1">
        <w:rPr>
          <w:rFonts w:ascii="Times New Roman" w:hAnsi="Times New Roman" w:cs="Times New Roman"/>
          <w:sz w:val="26"/>
          <w:szCs w:val="26"/>
        </w:rPr>
        <w:t>ậ</w:t>
      </w:r>
      <w:r w:rsidRPr="00865DF1">
        <w:rPr>
          <w:rFonts w:ascii="Times New Roman" w:hAnsi="Times New Roman" w:cs="Times New Roman"/>
          <w:sz w:val="26"/>
          <w:szCs w:val="26"/>
        </w:rPr>
        <w:t>p luy</w:t>
      </w:r>
      <w:r w:rsidRPr="00865DF1">
        <w:rPr>
          <w:rFonts w:ascii="Times New Roman" w:hAnsi="Times New Roman" w:cs="Times New Roman"/>
          <w:sz w:val="26"/>
          <w:szCs w:val="26"/>
        </w:rPr>
        <w:t>ệ</w:t>
      </w:r>
      <w:r w:rsidRPr="00865DF1">
        <w:rPr>
          <w:rFonts w:ascii="Times New Roman" w:hAnsi="Times New Roman" w:cs="Times New Roman"/>
          <w:sz w:val="26"/>
          <w:szCs w:val="26"/>
        </w:rPr>
        <w:t>n, nh</w:t>
      </w:r>
      <w:r w:rsidRPr="00865DF1">
        <w:rPr>
          <w:rFonts w:ascii="Times New Roman" w:hAnsi="Times New Roman" w:cs="Times New Roman"/>
          <w:sz w:val="26"/>
          <w:szCs w:val="26"/>
        </w:rPr>
        <w:t>ữ</w:t>
      </w:r>
      <w:r w:rsidRPr="00865DF1">
        <w:rPr>
          <w:rFonts w:ascii="Times New Roman" w:hAnsi="Times New Roman" w:cs="Times New Roman"/>
          <w:sz w:val="26"/>
          <w:szCs w:val="26"/>
        </w:rPr>
        <w:t>ng l</w:t>
      </w:r>
      <w:r w:rsidRPr="00865DF1">
        <w:rPr>
          <w:rFonts w:ascii="Times New Roman" w:hAnsi="Times New Roman" w:cs="Times New Roman"/>
          <w:sz w:val="26"/>
          <w:szCs w:val="26"/>
        </w:rPr>
        <w:t>ầ</w:t>
      </w:r>
      <w:r w:rsidRPr="00865DF1">
        <w:rPr>
          <w:rFonts w:ascii="Times New Roman" w:hAnsi="Times New Roman" w:cs="Times New Roman"/>
          <w:sz w:val="26"/>
          <w:szCs w:val="26"/>
        </w:rPr>
        <w:t>n cùng nhau vư</w:t>
      </w:r>
      <w:r w:rsidRPr="00865DF1">
        <w:rPr>
          <w:rFonts w:ascii="Times New Roman" w:hAnsi="Times New Roman" w:cs="Times New Roman"/>
          <w:sz w:val="26"/>
          <w:szCs w:val="26"/>
        </w:rPr>
        <w:t>ợ</w:t>
      </w:r>
      <w:r w:rsidRPr="00865DF1">
        <w:rPr>
          <w:rFonts w:ascii="Times New Roman" w:hAnsi="Times New Roman" w:cs="Times New Roman"/>
          <w:sz w:val="26"/>
          <w:szCs w:val="26"/>
        </w:rPr>
        <w:t>t qua m</w:t>
      </w:r>
      <w:r w:rsidRPr="00865DF1">
        <w:rPr>
          <w:rFonts w:ascii="Times New Roman" w:hAnsi="Times New Roman" w:cs="Times New Roman"/>
          <w:sz w:val="26"/>
          <w:szCs w:val="26"/>
        </w:rPr>
        <w:t>ệ</w:t>
      </w:r>
      <w:r w:rsidRPr="00865DF1">
        <w:rPr>
          <w:rFonts w:ascii="Times New Roman" w:hAnsi="Times New Roman" w:cs="Times New Roman"/>
          <w:sz w:val="26"/>
          <w:szCs w:val="26"/>
        </w:rPr>
        <w:t>t m</w:t>
      </w:r>
      <w:r w:rsidRPr="00865DF1">
        <w:rPr>
          <w:rFonts w:ascii="Times New Roman" w:hAnsi="Times New Roman" w:cs="Times New Roman"/>
          <w:sz w:val="26"/>
          <w:szCs w:val="26"/>
        </w:rPr>
        <w:t>ỏ</w:t>
      </w:r>
      <w:r w:rsidRPr="00865DF1">
        <w:rPr>
          <w:rFonts w:ascii="Times New Roman" w:hAnsi="Times New Roman" w:cs="Times New Roman"/>
          <w:sz w:val="26"/>
          <w:szCs w:val="26"/>
        </w:rPr>
        <w:t>i không ch</w:t>
      </w:r>
      <w:r w:rsidRPr="00865DF1">
        <w:rPr>
          <w:rFonts w:ascii="Times New Roman" w:hAnsi="Times New Roman" w:cs="Times New Roman"/>
          <w:sz w:val="26"/>
          <w:szCs w:val="26"/>
        </w:rPr>
        <w:t>ỉ</w:t>
      </w:r>
      <w:r w:rsidRPr="00865DF1">
        <w:rPr>
          <w:rFonts w:ascii="Times New Roman" w:hAnsi="Times New Roman" w:cs="Times New Roman"/>
          <w:sz w:val="26"/>
          <w:szCs w:val="26"/>
        </w:rPr>
        <w:t xml:space="preserve"> giúp cơ th</w:t>
      </w:r>
      <w:r w:rsidRPr="00865DF1">
        <w:rPr>
          <w:rFonts w:ascii="Times New Roman" w:hAnsi="Times New Roman" w:cs="Times New Roman"/>
          <w:sz w:val="26"/>
          <w:szCs w:val="26"/>
        </w:rPr>
        <w:t>ể</w:t>
      </w:r>
      <w:r w:rsidRPr="00865DF1">
        <w:rPr>
          <w:rFonts w:ascii="Times New Roman" w:hAnsi="Times New Roman" w:cs="Times New Roman"/>
          <w:sz w:val="26"/>
          <w:szCs w:val="26"/>
        </w:rPr>
        <w:t xml:space="preserve"> kh</w:t>
      </w:r>
      <w:r w:rsidRPr="00865DF1">
        <w:rPr>
          <w:rFonts w:ascii="Times New Roman" w:hAnsi="Times New Roman" w:cs="Times New Roman"/>
          <w:sz w:val="26"/>
          <w:szCs w:val="26"/>
        </w:rPr>
        <w:t>ỏ</w:t>
      </w:r>
      <w:r w:rsidRPr="00865DF1">
        <w:rPr>
          <w:rFonts w:ascii="Times New Roman" w:hAnsi="Times New Roman" w:cs="Times New Roman"/>
          <w:sz w:val="26"/>
          <w:szCs w:val="26"/>
        </w:rPr>
        <w:t>e m</w:t>
      </w:r>
      <w:r w:rsidRPr="00865DF1">
        <w:rPr>
          <w:rFonts w:ascii="Times New Roman" w:hAnsi="Times New Roman" w:cs="Times New Roman"/>
          <w:sz w:val="26"/>
          <w:szCs w:val="26"/>
        </w:rPr>
        <w:t>ạ</w:t>
      </w:r>
      <w:r w:rsidRPr="00865DF1">
        <w:rPr>
          <w:rFonts w:ascii="Times New Roman" w:hAnsi="Times New Roman" w:cs="Times New Roman"/>
          <w:sz w:val="26"/>
          <w:szCs w:val="26"/>
        </w:rPr>
        <w:t>nh hơn mà còn giúp các em t</w:t>
      </w:r>
      <w:r w:rsidRPr="00865DF1">
        <w:rPr>
          <w:rFonts w:ascii="Times New Roman" w:hAnsi="Times New Roman" w:cs="Times New Roman"/>
          <w:sz w:val="26"/>
          <w:szCs w:val="26"/>
        </w:rPr>
        <w:t>ự</w:t>
      </w:r>
      <w:r w:rsidRPr="00865DF1">
        <w:rPr>
          <w:rFonts w:ascii="Times New Roman" w:hAnsi="Times New Roman" w:cs="Times New Roman"/>
          <w:sz w:val="26"/>
          <w:szCs w:val="26"/>
        </w:rPr>
        <w:t xml:space="preserve"> tin hơn, dám th</w:t>
      </w:r>
      <w:r w:rsidRPr="00865DF1">
        <w:rPr>
          <w:rFonts w:ascii="Times New Roman" w:hAnsi="Times New Roman" w:cs="Times New Roman"/>
          <w:sz w:val="26"/>
          <w:szCs w:val="26"/>
        </w:rPr>
        <w:t>ử</w:t>
      </w:r>
      <w:r w:rsidRPr="00865DF1">
        <w:rPr>
          <w:rFonts w:ascii="Times New Roman" w:hAnsi="Times New Roman" w:cs="Times New Roman"/>
          <w:sz w:val="26"/>
          <w:szCs w:val="26"/>
        </w:rPr>
        <w:t xml:space="preserve"> thách và không ng</w:t>
      </w:r>
      <w:r w:rsidRPr="00865DF1">
        <w:rPr>
          <w:rFonts w:ascii="Times New Roman" w:hAnsi="Times New Roman" w:cs="Times New Roman"/>
          <w:sz w:val="26"/>
          <w:szCs w:val="26"/>
        </w:rPr>
        <w:t>ạ</w:t>
      </w:r>
      <w:r w:rsidRPr="00865DF1">
        <w:rPr>
          <w:rFonts w:ascii="Times New Roman" w:hAnsi="Times New Roman" w:cs="Times New Roman"/>
          <w:sz w:val="26"/>
          <w:szCs w:val="26"/>
        </w:rPr>
        <w:t>i khó khăn.</w:t>
      </w:r>
      <w:r w:rsidR="00865DF1">
        <w:rPr>
          <w:rFonts w:ascii="Times New Roman" w:hAnsi="Times New Roman" w:cs="Times New Roman"/>
          <w:sz w:val="26"/>
          <w:szCs w:val="26"/>
        </w:rPr>
        <w:t xml:space="preserve"> </w:t>
      </w:r>
      <w:r w:rsidRPr="00865DF1">
        <w:rPr>
          <w:rFonts w:ascii="Times New Roman" w:hAnsi="Times New Roman" w:cs="Times New Roman"/>
          <w:sz w:val="26"/>
          <w:szCs w:val="26"/>
        </w:rPr>
        <w:t xml:space="preserve">Và </w:t>
      </w:r>
      <w:r w:rsidRPr="00865DF1">
        <w:rPr>
          <w:rFonts w:ascii="Times New Roman" w:hAnsi="Times New Roman" w:cs="Times New Roman"/>
          <w:sz w:val="26"/>
          <w:szCs w:val="26"/>
        </w:rPr>
        <w:t>cũng chính t</w:t>
      </w:r>
      <w:r w:rsidRPr="00865DF1">
        <w:rPr>
          <w:rFonts w:ascii="Times New Roman" w:hAnsi="Times New Roman" w:cs="Times New Roman"/>
          <w:sz w:val="26"/>
          <w:szCs w:val="26"/>
        </w:rPr>
        <w:t>ừ</w:t>
      </w:r>
      <w:r w:rsidRPr="00865DF1">
        <w:rPr>
          <w:rFonts w:ascii="Times New Roman" w:hAnsi="Times New Roman" w:cs="Times New Roman"/>
          <w:sz w:val="26"/>
          <w:szCs w:val="26"/>
        </w:rPr>
        <w:t xml:space="preserve"> nh</w:t>
      </w:r>
      <w:r w:rsidRPr="00865DF1">
        <w:rPr>
          <w:rFonts w:ascii="Times New Roman" w:hAnsi="Times New Roman" w:cs="Times New Roman"/>
          <w:sz w:val="26"/>
          <w:szCs w:val="26"/>
        </w:rPr>
        <w:t>ữ</w:t>
      </w:r>
      <w:r w:rsidRPr="00865DF1">
        <w:rPr>
          <w:rFonts w:ascii="Times New Roman" w:hAnsi="Times New Roman" w:cs="Times New Roman"/>
          <w:sz w:val="26"/>
          <w:szCs w:val="26"/>
        </w:rPr>
        <w:t>ng gi</w:t>
      </w:r>
      <w:r w:rsidRPr="00865DF1">
        <w:rPr>
          <w:rFonts w:ascii="Times New Roman" w:hAnsi="Times New Roman" w:cs="Times New Roman"/>
          <w:sz w:val="26"/>
          <w:szCs w:val="26"/>
        </w:rPr>
        <w:t>ọ</w:t>
      </w:r>
      <w:r w:rsidRPr="00865DF1">
        <w:rPr>
          <w:rFonts w:ascii="Times New Roman" w:hAnsi="Times New Roman" w:cs="Times New Roman"/>
          <w:sz w:val="26"/>
          <w:szCs w:val="26"/>
        </w:rPr>
        <w:t>t m</w:t>
      </w:r>
      <w:r w:rsidRPr="00865DF1">
        <w:rPr>
          <w:rFonts w:ascii="Times New Roman" w:hAnsi="Times New Roman" w:cs="Times New Roman"/>
          <w:sz w:val="26"/>
          <w:szCs w:val="26"/>
        </w:rPr>
        <w:t>ồ</w:t>
      </w:r>
      <w:r w:rsidRPr="00865DF1">
        <w:rPr>
          <w:rFonts w:ascii="Times New Roman" w:hAnsi="Times New Roman" w:cs="Times New Roman"/>
          <w:sz w:val="26"/>
          <w:szCs w:val="26"/>
        </w:rPr>
        <w:t xml:space="preserve"> hôi rơi xu</w:t>
      </w:r>
      <w:r w:rsidRPr="00865DF1">
        <w:rPr>
          <w:rFonts w:ascii="Times New Roman" w:hAnsi="Times New Roman" w:cs="Times New Roman"/>
          <w:sz w:val="26"/>
          <w:szCs w:val="26"/>
        </w:rPr>
        <w:t>ố</w:t>
      </w:r>
      <w:r w:rsidRPr="00865DF1">
        <w:rPr>
          <w:rFonts w:ascii="Times New Roman" w:hAnsi="Times New Roman" w:cs="Times New Roman"/>
          <w:sz w:val="26"/>
          <w:szCs w:val="26"/>
        </w:rPr>
        <w:t>ng sân trư</w:t>
      </w:r>
      <w:r w:rsidRPr="00865DF1">
        <w:rPr>
          <w:rFonts w:ascii="Times New Roman" w:hAnsi="Times New Roman" w:cs="Times New Roman"/>
          <w:sz w:val="26"/>
          <w:szCs w:val="26"/>
        </w:rPr>
        <w:t>ờ</w:t>
      </w:r>
      <w:r w:rsidRPr="00865DF1">
        <w:rPr>
          <w:rFonts w:ascii="Times New Roman" w:hAnsi="Times New Roman" w:cs="Times New Roman"/>
          <w:sz w:val="26"/>
          <w:szCs w:val="26"/>
        </w:rPr>
        <w:t>ng, m</w:t>
      </w:r>
      <w:r w:rsidRPr="00865DF1">
        <w:rPr>
          <w:rFonts w:ascii="Times New Roman" w:hAnsi="Times New Roman" w:cs="Times New Roman"/>
          <w:sz w:val="26"/>
          <w:szCs w:val="26"/>
        </w:rPr>
        <w:t>ộ</w:t>
      </w:r>
      <w:r w:rsidRPr="00865DF1">
        <w:rPr>
          <w:rFonts w:ascii="Times New Roman" w:hAnsi="Times New Roman" w:cs="Times New Roman"/>
          <w:sz w:val="26"/>
          <w:szCs w:val="26"/>
        </w:rPr>
        <w:t>t tinh th</w:t>
      </w:r>
      <w:r w:rsidRPr="00865DF1">
        <w:rPr>
          <w:rFonts w:ascii="Times New Roman" w:hAnsi="Times New Roman" w:cs="Times New Roman"/>
          <w:sz w:val="26"/>
          <w:szCs w:val="26"/>
        </w:rPr>
        <w:t>ầ</w:t>
      </w:r>
      <w:r w:rsidRPr="00865DF1">
        <w:rPr>
          <w:rFonts w:ascii="Times New Roman" w:hAnsi="Times New Roman" w:cs="Times New Roman"/>
          <w:sz w:val="26"/>
          <w:szCs w:val="26"/>
        </w:rPr>
        <w:t>n t</w:t>
      </w:r>
      <w:r w:rsidRPr="00865DF1">
        <w:rPr>
          <w:rFonts w:ascii="Times New Roman" w:hAnsi="Times New Roman" w:cs="Times New Roman"/>
          <w:sz w:val="26"/>
          <w:szCs w:val="26"/>
        </w:rPr>
        <w:t>ậ</w:t>
      </w:r>
      <w:r w:rsidRPr="00865DF1">
        <w:rPr>
          <w:rFonts w:ascii="Times New Roman" w:hAnsi="Times New Roman" w:cs="Times New Roman"/>
          <w:sz w:val="26"/>
          <w:szCs w:val="26"/>
        </w:rPr>
        <w:t>p th</w:t>
      </w:r>
      <w:r w:rsidRPr="00865DF1">
        <w:rPr>
          <w:rFonts w:ascii="Times New Roman" w:hAnsi="Times New Roman" w:cs="Times New Roman"/>
          <w:sz w:val="26"/>
          <w:szCs w:val="26"/>
        </w:rPr>
        <w:t>ể</w:t>
      </w:r>
      <w:r w:rsidRPr="00865DF1">
        <w:rPr>
          <w:rFonts w:ascii="Times New Roman" w:hAnsi="Times New Roman" w:cs="Times New Roman"/>
          <w:sz w:val="26"/>
          <w:szCs w:val="26"/>
        </w:rPr>
        <w:t xml:space="preserve"> b</w:t>
      </w:r>
      <w:r w:rsidRPr="00865DF1">
        <w:rPr>
          <w:rFonts w:ascii="Times New Roman" w:hAnsi="Times New Roman" w:cs="Times New Roman"/>
          <w:sz w:val="26"/>
          <w:szCs w:val="26"/>
        </w:rPr>
        <w:t>ề</w:t>
      </w:r>
      <w:r w:rsidRPr="00865DF1">
        <w:rPr>
          <w:rFonts w:ascii="Times New Roman" w:hAnsi="Times New Roman" w:cs="Times New Roman"/>
          <w:sz w:val="26"/>
          <w:szCs w:val="26"/>
        </w:rPr>
        <w:t>n ch</w:t>
      </w:r>
      <w:r w:rsidRPr="00865DF1">
        <w:rPr>
          <w:rFonts w:ascii="Times New Roman" w:hAnsi="Times New Roman" w:cs="Times New Roman"/>
          <w:sz w:val="26"/>
          <w:szCs w:val="26"/>
        </w:rPr>
        <w:t>ặ</w:t>
      </w:r>
      <w:r w:rsidRPr="00865DF1">
        <w:rPr>
          <w:rFonts w:ascii="Times New Roman" w:hAnsi="Times New Roman" w:cs="Times New Roman"/>
          <w:sz w:val="26"/>
          <w:szCs w:val="26"/>
        </w:rPr>
        <w:t>t đã đư</w:t>
      </w:r>
      <w:r w:rsidRPr="00865DF1">
        <w:rPr>
          <w:rFonts w:ascii="Times New Roman" w:hAnsi="Times New Roman" w:cs="Times New Roman"/>
          <w:sz w:val="26"/>
          <w:szCs w:val="26"/>
        </w:rPr>
        <w:t>ợ</w:t>
      </w:r>
      <w:r w:rsidRPr="00865DF1">
        <w:rPr>
          <w:rFonts w:ascii="Times New Roman" w:hAnsi="Times New Roman" w:cs="Times New Roman"/>
          <w:sz w:val="26"/>
          <w:szCs w:val="26"/>
        </w:rPr>
        <w:t>c hun đúc – l</w:t>
      </w:r>
      <w:r w:rsidRPr="00865DF1">
        <w:rPr>
          <w:rFonts w:ascii="Times New Roman" w:hAnsi="Times New Roman" w:cs="Times New Roman"/>
          <w:sz w:val="26"/>
          <w:szCs w:val="26"/>
        </w:rPr>
        <w:t>ặ</w:t>
      </w:r>
      <w:r w:rsidRPr="00865DF1">
        <w:rPr>
          <w:rFonts w:ascii="Times New Roman" w:hAnsi="Times New Roman" w:cs="Times New Roman"/>
          <w:sz w:val="26"/>
          <w:szCs w:val="26"/>
        </w:rPr>
        <w:t>ng l</w:t>
      </w:r>
      <w:r w:rsidRPr="00865DF1">
        <w:rPr>
          <w:rFonts w:ascii="Times New Roman" w:hAnsi="Times New Roman" w:cs="Times New Roman"/>
          <w:sz w:val="26"/>
          <w:szCs w:val="26"/>
        </w:rPr>
        <w:t>ẽ</w:t>
      </w:r>
      <w:r w:rsidRPr="00865DF1">
        <w:rPr>
          <w:rFonts w:ascii="Times New Roman" w:hAnsi="Times New Roman" w:cs="Times New Roman"/>
          <w:sz w:val="26"/>
          <w:szCs w:val="26"/>
        </w:rPr>
        <w:t xml:space="preserve"> nhưng m</w:t>
      </w:r>
      <w:r w:rsidRPr="00865DF1">
        <w:rPr>
          <w:rFonts w:ascii="Times New Roman" w:hAnsi="Times New Roman" w:cs="Times New Roman"/>
          <w:sz w:val="26"/>
          <w:szCs w:val="26"/>
        </w:rPr>
        <w:t>ạ</w:t>
      </w:r>
      <w:r w:rsidRPr="00865DF1">
        <w:rPr>
          <w:rFonts w:ascii="Times New Roman" w:hAnsi="Times New Roman" w:cs="Times New Roman"/>
          <w:sz w:val="26"/>
          <w:szCs w:val="26"/>
        </w:rPr>
        <w:t>nh m</w:t>
      </w:r>
      <w:r w:rsidRPr="00865DF1">
        <w:rPr>
          <w:rFonts w:ascii="Times New Roman" w:hAnsi="Times New Roman" w:cs="Times New Roman"/>
          <w:sz w:val="26"/>
          <w:szCs w:val="26"/>
        </w:rPr>
        <w:t>ẽ</w:t>
      </w:r>
      <w:r w:rsidRPr="00865DF1">
        <w:rPr>
          <w:rFonts w:ascii="Times New Roman" w:hAnsi="Times New Roman" w:cs="Times New Roman"/>
          <w:sz w:val="26"/>
          <w:szCs w:val="26"/>
        </w:rPr>
        <w:t>, như chính tinh th</w:t>
      </w:r>
      <w:r w:rsidRPr="00865DF1">
        <w:rPr>
          <w:rFonts w:ascii="Times New Roman" w:hAnsi="Times New Roman" w:cs="Times New Roman"/>
          <w:sz w:val="26"/>
          <w:szCs w:val="26"/>
        </w:rPr>
        <w:t>ầ</w:t>
      </w:r>
      <w:r w:rsidRPr="00865DF1">
        <w:rPr>
          <w:rFonts w:ascii="Times New Roman" w:hAnsi="Times New Roman" w:cs="Times New Roman"/>
          <w:sz w:val="26"/>
          <w:szCs w:val="26"/>
        </w:rPr>
        <w:t>n c</w:t>
      </w:r>
      <w:r w:rsidRPr="00865DF1">
        <w:rPr>
          <w:rFonts w:ascii="Times New Roman" w:hAnsi="Times New Roman" w:cs="Times New Roman"/>
          <w:sz w:val="26"/>
          <w:szCs w:val="26"/>
        </w:rPr>
        <w:t>ủ</w:t>
      </w:r>
      <w:r w:rsidRPr="00865DF1">
        <w:rPr>
          <w:rFonts w:ascii="Times New Roman" w:hAnsi="Times New Roman" w:cs="Times New Roman"/>
          <w:sz w:val="26"/>
          <w:szCs w:val="26"/>
        </w:rPr>
        <w:t>a Vovinam.</w:t>
      </w:r>
    </w:p>
    <w:p w14:paraId="1016C054" w14:textId="6A6255C7" w:rsidR="00865DF1" w:rsidRDefault="00923DD3" w:rsidP="00D77116">
      <w:pPr>
        <w:spacing w:after="0"/>
        <w:ind w:firstLine="720"/>
        <w:jc w:val="both"/>
        <w:rPr>
          <w:rFonts w:ascii="Times New Roman" w:hAnsi="Times New Roman" w:cs="Times New Roman"/>
          <w:sz w:val="26"/>
          <w:szCs w:val="26"/>
        </w:rPr>
      </w:pPr>
      <w:r w:rsidRPr="00865DF1">
        <w:rPr>
          <w:rFonts w:ascii="Times New Roman" w:hAnsi="Times New Roman" w:cs="Times New Roman"/>
          <w:sz w:val="26"/>
          <w:szCs w:val="26"/>
        </w:rPr>
        <w:t>Võ nh</w:t>
      </w:r>
      <w:r w:rsidRPr="00865DF1">
        <w:rPr>
          <w:rFonts w:ascii="Times New Roman" w:hAnsi="Times New Roman" w:cs="Times New Roman"/>
          <w:sz w:val="26"/>
          <w:szCs w:val="26"/>
        </w:rPr>
        <w:t>ạ</w:t>
      </w:r>
      <w:r w:rsidRPr="00865DF1">
        <w:rPr>
          <w:rFonts w:ascii="Times New Roman" w:hAnsi="Times New Roman" w:cs="Times New Roman"/>
          <w:sz w:val="26"/>
          <w:szCs w:val="26"/>
        </w:rPr>
        <w:t>c Vovinam vì th</w:t>
      </w:r>
      <w:r w:rsidRPr="00865DF1">
        <w:rPr>
          <w:rFonts w:ascii="Times New Roman" w:hAnsi="Times New Roman" w:cs="Times New Roman"/>
          <w:sz w:val="26"/>
          <w:szCs w:val="26"/>
        </w:rPr>
        <w:t>ế</w:t>
      </w:r>
      <w:r w:rsidRPr="00865DF1">
        <w:rPr>
          <w:rFonts w:ascii="Times New Roman" w:hAnsi="Times New Roman" w:cs="Times New Roman"/>
          <w:sz w:val="26"/>
          <w:szCs w:val="26"/>
        </w:rPr>
        <w:t xml:space="preserve"> không ch</w:t>
      </w:r>
      <w:r w:rsidRPr="00865DF1">
        <w:rPr>
          <w:rFonts w:ascii="Times New Roman" w:hAnsi="Times New Roman" w:cs="Times New Roman"/>
          <w:sz w:val="26"/>
          <w:szCs w:val="26"/>
        </w:rPr>
        <w:t>ỉ</w:t>
      </w:r>
      <w:r w:rsidRPr="00865DF1">
        <w:rPr>
          <w:rFonts w:ascii="Times New Roman" w:hAnsi="Times New Roman" w:cs="Times New Roman"/>
          <w:sz w:val="26"/>
          <w:szCs w:val="26"/>
        </w:rPr>
        <w:t xml:space="preserve"> d</w:t>
      </w:r>
      <w:r w:rsidRPr="00865DF1">
        <w:rPr>
          <w:rFonts w:ascii="Times New Roman" w:hAnsi="Times New Roman" w:cs="Times New Roman"/>
          <w:sz w:val="26"/>
          <w:szCs w:val="26"/>
        </w:rPr>
        <w:t>ừ</w:t>
      </w:r>
      <w:r w:rsidRPr="00865DF1">
        <w:rPr>
          <w:rFonts w:ascii="Times New Roman" w:hAnsi="Times New Roman" w:cs="Times New Roman"/>
          <w:sz w:val="26"/>
          <w:szCs w:val="26"/>
        </w:rPr>
        <w:t>ng l</w:t>
      </w:r>
      <w:r w:rsidRPr="00865DF1">
        <w:rPr>
          <w:rFonts w:ascii="Times New Roman" w:hAnsi="Times New Roman" w:cs="Times New Roman"/>
          <w:sz w:val="26"/>
          <w:szCs w:val="26"/>
        </w:rPr>
        <w:t>ạ</w:t>
      </w:r>
      <w:r w:rsidRPr="00865DF1">
        <w:rPr>
          <w:rFonts w:ascii="Times New Roman" w:hAnsi="Times New Roman" w:cs="Times New Roman"/>
          <w:sz w:val="26"/>
          <w:szCs w:val="26"/>
        </w:rPr>
        <w:t xml:space="preserve">i </w:t>
      </w:r>
      <w:r w:rsidRPr="00865DF1">
        <w:rPr>
          <w:rFonts w:ascii="Times New Roman" w:hAnsi="Times New Roman" w:cs="Times New Roman"/>
          <w:sz w:val="26"/>
          <w:szCs w:val="26"/>
        </w:rPr>
        <w:t>ở</w:t>
      </w:r>
      <w:r w:rsidRPr="00865DF1">
        <w:rPr>
          <w:rFonts w:ascii="Times New Roman" w:hAnsi="Times New Roman" w:cs="Times New Roman"/>
          <w:sz w:val="26"/>
          <w:szCs w:val="26"/>
        </w:rPr>
        <w:t xml:space="preserve"> nh</w:t>
      </w:r>
      <w:r w:rsidRPr="00865DF1">
        <w:rPr>
          <w:rFonts w:ascii="Times New Roman" w:hAnsi="Times New Roman" w:cs="Times New Roman"/>
          <w:sz w:val="26"/>
          <w:szCs w:val="26"/>
        </w:rPr>
        <w:t>ữ</w:t>
      </w:r>
      <w:r w:rsidRPr="00865DF1">
        <w:rPr>
          <w:rFonts w:ascii="Times New Roman" w:hAnsi="Times New Roman" w:cs="Times New Roman"/>
          <w:sz w:val="26"/>
          <w:szCs w:val="26"/>
        </w:rPr>
        <w:t>ng đ</w:t>
      </w:r>
      <w:r w:rsidRPr="00865DF1">
        <w:rPr>
          <w:rFonts w:ascii="Times New Roman" w:hAnsi="Times New Roman" w:cs="Times New Roman"/>
          <w:sz w:val="26"/>
          <w:szCs w:val="26"/>
        </w:rPr>
        <w:t>ộ</w:t>
      </w:r>
      <w:r w:rsidRPr="00865DF1">
        <w:rPr>
          <w:rFonts w:ascii="Times New Roman" w:hAnsi="Times New Roman" w:cs="Times New Roman"/>
          <w:sz w:val="26"/>
          <w:szCs w:val="26"/>
        </w:rPr>
        <w:t>ng tác m</w:t>
      </w:r>
      <w:r w:rsidRPr="00865DF1">
        <w:rPr>
          <w:rFonts w:ascii="Times New Roman" w:hAnsi="Times New Roman" w:cs="Times New Roman"/>
          <w:sz w:val="26"/>
          <w:szCs w:val="26"/>
        </w:rPr>
        <w:t>ạ</w:t>
      </w:r>
      <w:r w:rsidRPr="00865DF1">
        <w:rPr>
          <w:rFonts w:ascii="Times New Roman" w:hAnsi="Times New Roman" w:cs="Times New Roman"/>
          <w:sz w:val="26"/>
          <w:szCs w:val="26"/>
        </w:rPr>
        <w:t>nh m</w:t>
      </w:r>
      <w:r w:rsidRPr="00865DF1">
        <w:rPr>
          <w:rFonts w:ascii="Times New Roman" w:hAnsi="Times New Roman" w:cs="Times New Roman"/>
          <w:sz w:val="26"/>
          <w:szCs w:val="26"/>
        </w:rPr>
        <w:t>ẽ</w:t>
      </w:r>
      <w:r w:rsidRPr="00865DF1">
        <w:rPr>
          <w:rFonts w:ascii="Times New Roman" w:hAnsi="Times New Roman" w:cs="Times New Roman"/>
          <w:sz w:val="26"/>
          <w:szCs w:val="26"/>
        </w:rPr>
        <w:t>, mà tr</w:t>
      </w:r>
      <w:r w:rsidRPr="00865DF1">
        <w:rPr>
          <w:rFonts w:ascii="Times New Roman" w:hAnsi="Times New Roman" w:cs="Times New Roman"/>
          <w:sz w:val="26"/>
          <w:szCs w:val="26"/>
        </w:rPr>
        <w:t>ở</w:t>
      </w:r>
      <w:r w:rsidRPr="00865DF1">
        <w:rPr>
          <w:rFonts w:ascii="Times New Roman" w:hAnsi="Times New Roman" w:cs="Times New Roman"/>
          <w:sz w:val="26"/>
          <w:szCs w:val="26"/>
        </w:rPr>
        <w:t xml:space="preserve"> thành m</w:t>
      </w:r>
      <w:r w:rsidRPr="00865DF1">
        <w:rPr>
          <w:rFonts w:ascii="Times New Roman" w:hAnsi="Times New Roman" w:cs="Times New Roman"/>
          <w:sz w:val="26"/>
          <w:szCs w:val="26"/>
        </w:rPr>
        <w:t>ộ</w:t>
      </w:r>
      <w:r w:rsidRPr="00865DF1">
        <w:rPr>
          <w:rFonts w:ascii="Times New Roman" w:hAnsi="Times New Roman" w:cs="Times New Roman"/>
          <w:sz w:val="26"/>
          <w:szCs w:val="26"/>
        </w:rPr>
        <w:t>t ph</w:t>
      </w:r>
      <w:r w:rsidRPr="00865DF1">
        <w:rPr>
          <w:rFonts w:ascii="Times New Roman" w:hAnsi="Times New Roman" w:cs="Times New Roman"/>
          <w:sz w:val="26"/>
          <w:szCs w:val="26"/>
        </w:rPr>
        <w:t>ầ</w:t>
      </w:r>
      <w:r w:rsidRPr="00865DF1">
        <w:rPr>
          <w:rFonts w:ascii="Times New Roman" w:hAnsi="Times New Roman" w:cs="Times New Roman"/>
          <w:sz w:val="26"/>
          <w:szCs w:val="26"/>
        </w:rPr>
        <w:t xml:space="preserve">n ký </w:t>
      </w:r>
      <w:r w:rsidRPr="00865DF1">
        <w:rPr>
          <w:rFonts w:ascii="Times New Roman" w:hAnsi="Times New Roman" w:cs="Times New Roman"/>
          <w:sz w:val="26"/>
          <w:szCs w:val="26"/>
        </w:rPr>
        <w:t>ứ</w:t>
      </w:r>
      <w:r w:rsidRPr="00865DF1">
        <w:rPr>
          <w:rFonts w:ascii="Times New Roman" w:hAnsi="Times New Roman" w:cs="Times New Roman"/>
          <w:sz w:val="26"/>
          <w:szCs w:val="26"/>
        </w:rPr>
        <w:t>c t</w:t>
      </w:r>
      <w:r w:rsidRPr="00865DF1">
        <w:rPr>
          <w:rFonts w:ascii="Times New Roman" w:hAnsi="Times New Roman" w:cs="Times New Roman"/>
          <w:sz w:val="26"/>
          <w:szCs w:val="26"/>
        </w:rPr>
        <w:t>u</w:t>
      </w:r>
      <w:r w:rsidRPr="00865DF1">
        <w:rPr>
          <w:rFonts w:ascii="Times New Roman" w:hAnsi="Times New Roman" w:cs="Times New Roman"/>
          <w:sz w:val="26"/>
          <w:szCs w:val="26"/>
        </w:rPr>
        <w:t>ổ</w:t>
      </w:r>
      <w:r w:rsidRPr="00865DF1">
        <w:rPr>
          <w:rFonts w:ascii="Times New Roman" w:hAnsi="Times New Roman" w:cs="Times New Roman"/>
          <w:sz w:val="26"/>
          <w:szCs w:val="26"/>
        </w:rPr>
        <w:t>i h</w:t>
      </w:r>
      <w:r w:rsidRPr="00865DF1">
        <w:rPr>
          <w:rFonts w:ascii="Times New Roman" w:hAnsi="Times New Roman" w:cs="Times New Roman"/>
          <w:sz w:val="26"/>
          <w:szCs w:val="26"/>
        </w:rPr>
        <w:t>ọ</w:t>
      </w:r>
      <w:r w:rsidRPr="00865DF1">
        <w:rPr>
          <w:rFonts w:ascii="Times New Roman" w:hAnsi="Times New Roman" w:cs="Times New Roman"/>
          <w:sz w:val="26"/>
          <w:szCs w:val="26"/>
        </w:rPr>
        <w:t>c trò – nơi m</w:t>
      </w:r>
      <w:r w:rsidRPr="00865DF1">
        <w:rPr>
          <w:rFonts w:ascii="Times New Roman" w:hAnsi="Times New Roman" w:cs="Times New Roman"/>
          <w:sz w:val="26"/>
          <w:szCs w:val="26"/>
        </w:rPr>
        <w:t>ỗ</w:t>
      </w:r>
      <w:r w:rsidRPr="00865DF1">
        <w:rPr>
          <w:rFonts w:ascii="Times New Roman" w:hAnsi="Times New Roman" w:cs="Times New Roman"/>
          <w:sz w:val="26"/>
          <w:szCs w:val="26"/>
        </w:rPr>
        <w:t>i nh</w:t>
      </w:r>
      <w:r w:rsidRPr="00865DF1">
        <w:rPr>
          <w:rFonts w:ascii="Times New Roman" w:hAnsi="Times New Roman" w:cs="Times New Roman"/>
          <w:sz w:val="26"/>
          <w:szCs w:val="26"/>
        </w:rPr>
        <w:t>ị</w:t>
      </w:r>
      <w:r w:rsidRPr="00865DF1">
        <w:rPr>
          <w:rFonts w:ascii="Times New Roman" w:hAnsi="Times New Roman" w:cs="Times New Roman"/>
          <w:sz w:val="26"/>
          <w:szCs w:val="26"/>
        </w:rPr>
        <w:t>p bư</w:t>
      </w:r>
      <w:r w:rsidRPr="00865DF1">
        <w:rPr>
          <w:rFonts w:ascii="Times New Roman" w:hAnsi="Times New Roman" w:cs="Times New Roman"/>
          <w:sz w:val="26"/>
          <w:szCs w:val="26"/>
        </w:rPr>
        <w:t>ớ</w:t>
      </w:r>
      <w:r w:rsidRPr="00865DF1">
        <w:rPr>
          <w:rFonts w:ascii="Times New Roman" w:hAnsi="Times New Roman" w:cs="Times New Roman"/>
          <w:sz w:val="26"/>
          <w:szCs w:val="26"/>
        </w:rPr>
        <w:t>c hòa cùng b</w:t>
      </w:r>
      <w:r w:rsidRPr="00865DF1">
        <w:rPr>
          <w:rFonts w:ascii="Times New Roman" w:hAnsi="Times New Roman" w:cs="Times New Roman"/>
          <w:sz w:val="26"/>
          <w:szCs w:val="26"/>
        </w:rPr>
        <w:t>ạ</w:t>
      </w:r>
      <w:r w:rsidRPr="00865DF1">
        <w:rPr>
          <w:rFonts w:ascii="Times New Roman" w:hAnsi="Times New Roman" w:cs="Times New Roman"/>
          <w:sz w:val="26"/>
          <w:szCs w:val="26"/>
        </w:rPr>
        <w:t xml:space="preserve">n bè, </w:t>
      </w:r>
      <w:r w:rsidR="00D77116">
        <w:rPr>
          <w:rFonts w:ascii="Times New Roman" w:hAnsi="Times New Roman" w:cs="Times New Roman"/>
          <w:sz w:val="26"/>
          <w:szCs w:val="26"/>
        </w:rPr>
        <w:t>n</w:t>
      </w:r>
      <w:r w:rsidR="00D77116" w:rsidRPr="00D77116">
        <w:rPr>
          <w:rFonts w:ascii="Times New Roman" w:hAnsi="Times New Roman" w:cs="Times New Roman"/>
          <w:sz w:val="26"/>
          <w:szCs w:val="26"/>
        </w:rPr>
        <w:t xml:space="preserve">hững nhịp tim </w:t>
      </w:r>
      <w:r w:rsidR="00D77116" w:rsidRPr="00D77116">
        <w:rPr>
          <w:rFonts w:ascii="Times New Roman" w:hAnsi="Times New Roman" w:cs="Times New Roman"/>
          <w:sz w:val="26"/>
          <w:szCs w:val="26"/>
        </w:rPr>
        <w:lastRenderedPageBreak/>
        <w:t>đồng điệu, cùng hòa vào nhịp đập chung đầy khí thế</w:t>
      </w:r>
      <w:r w:rsidRPr="00865DF1">
        <w:rPr>
          <w:rFonts w:ascii="Times New Roman" w:hAnsi="Times New Roman" w:cs="Times New Roman"/>
          <w:sz w:val="26"/>
          <w:szCs w:val="26"/>
        </w:rPr>
        <w:t>.</w:t>
      </w:r>
      <w:r w:rsidR="00D77116">
        <w:rPr>
          <w:rFonts w:ascii="Times New Roman" w:hAnsi="Times New Roman" w:cs="Times New Roman"/>
          <w:sz w:val="26"/>
          <w:szCs w:val="26"/>
        </w:rPr>
        <w:t xml:space="preserve"> </w:t>
      </w:r>
      <w:r w:rsidRPr="00865DF1">
        <w:rPr>
          <w:rFonts w:ascii="Times New Roman" w:hAnsi="Times New Roman" w:cs="Times New Roman"/>
          <w:sz w:val="26"/>
          <w:szCs w:val="26"/>
        </w:rPr>
        <w:t>Và có l</w:t>
      </w:r>
      <w:r w:rsidRPr="00865DF1">
        <w:rPr>
          <w:rFonts w:ascii="Times New Roman" w:hAnsi="Times New Roman" w:cs="Times New Roman"/>
          <w:sz w:val="26"/>
          <w:szCs w:val="26"/>
        </w:rPr>
        <w:t>ẽ</w:t>
      </w:r>
      <w:r w:rsidRPr="00865DF1">
        <w:rPr>
          <w:rFonts w:ascii="Times New Roman" w:hAnsi="Times New Roman" w:cs="Times New Roman"/>
          <w:sz w:val="26"/>
          <w:szCs w:val="26"/>
        </w:rPr>
        <w:t>, nhi</w:t>
      </w:r>
      <w:r w:rsidRPr="00865DF1">
        <w:rPr>
          <w:rFonts w:ascii="Times New Roman" w:hAnsi="Times New Roman" w:cs="Times New Roman"/>
          <w:sz w:val="26"/>
          <w:szCs w:val="26"/>
        </w:rPr>
        <w:t>ề</w:t>
      </w:r>
      <w:r w:rsidRPr="00865DF1">
        <w:rPr>
          <w:rFonts w:ascii="Times New Roman" w:hAnsi="Times New Roman" w:cs="Times New Roman"/>
          <w:sz w:val="26"/>
          <w:szCs w:val="26"/>
        </w:rPr>
        <w:t>u năm sau, khi đã r</w:t>
      </w:r>
      <w:r w:rsidRPr="00865DF1">
        <w:rPr>
          <w:rFonts w:ascii="Times New Roman" w:hAnsi="Times New Roman" w:cs="Times New Roman"/>
          <w:sz w:val="26"/>
          <w:szCs w:val="26"/>
        </w:rPr>
        <w:t>ờ</w:t>
      </w:r>
      <w:r w:rsidRPr="00865DF1">
        <w:rPr>
          <w:rFonts w:ascii="Times New Roman" w:hAnsi="Times New Roman" w:cs="Times New Roman"/>
          <w:sz w:val="26"/>
          <w:szCs w:val="26"/>
        </w:rPr>
        <w:t>i xa mái trư</w:t>
      </w:r>
      <w:r w:rsidRPr="00865DF1">
        <w:rPr>
          <w:rFonts w:ascii="Times New Roman" w:hAnsi="Times New Roman" w:cs="Times New Roman"/>
          <w:sz w:val="26"/>
          <w:szCs w:val="26"/>
        </w:rPr>
        <w:t>ờ</w:t>
      </w:r>
      <w:r w:rsidRPr="00865DF1">
        <w:rPr>
          <w:rFonts w:ascii="Times New Roman" w:hAnsi="Times New Roman" w:cs="Times New Roman"/>
          <w:sz w:val="26"/>
          <w:szCs w:val="26"/>
        </w:rPr>
        <w:t>ng, đi</w:t>
      </w:r>
      <w:r w:rsidRPr="00865DF1">
        <w:rPr>
          <w:rFonts w:ascii="Times New Roman" w:hAnsi="Times New Roman" w:cs="Times New Roman"/>
          <w:sz w:val="26"/>
          <w:szCs w:val="26"/>
        </w:rPr>
        <w:t>ề</w:t>
      </w:r>
      <w:r w:rsidRPr="00865DF1">
        <w:rPr>
          <w:rFonts w:ascii="Times New Roman" w:hAnsi="Times New Roman" w:cs="Times New Roman"/>
          <w:sz w:val="26"/>
          <w:szCs w:val="26"/>
        </w:rPr>
        <w:t>u các em nh</w:t>
      </w:r>
      <w:r w:rsidRPr="00865DF1">
        <w:rPr>
          <w:rFonts w:ascii="Times New Roman" w:hAnsi="Times New Roman" w:cs="Times New Roman"/>
          <w:sz w:val="26"/>
          <w:szCs w:val="26"/>
        </w:rPr>
        <w:t>ớ</w:t>
      </w:r>
      <w:r w:rsidRPr="00865DF1">
        <w:rPr>
          <w:rFonts w:ascii="Times New Roman" w:hAnsi="Times New Roman" w:cs="Times New Roman"/>
          <w:sz w:val="26"/>
          <w:szCs w:val="26"/>
        </w:rPr>
        <w:t xml:space="preserve"> đ</w:t>
      </w:r>
      <w:r w:rsidRPr="00865DF1">
        <w:rPr>
          <w:rFonts w:ascii="Times New Roman" w:hAnsi="Times New Roman" w:cs="Times New Roman"/>
          <w:sz w:val="26"/>
          <w:szCs w:val="26"/>
        </w:rPr>
        <w:t>ế</w:t>
      </w:r>
      <w:r w:rsidRPr="00865DF1">
        <w:rPr>
          <w:rFonts w:ascii="Times New Roman" w:hAnsi="Times New Roman" w:cs="Times New Roman"/>
          <w:sz w:val="26"/>
          <w:szCs w:val="26"/>
        </w:rPr>
        <w:t>n s</w:t>
      </w:r>
      <w:r w:rsidRPr="00865DF1">
        <w:rPr>
          <w:rFonts w:ascii="Times New Roman" w:hAnsi="Times New Roman" w:cs="Times New Roman"/>
          <w:sz w:val="26"/>
          <w:szCs w:val="26"/>
        </w:rPr>
        <w:t>ẽ</w:t>
      </w:r>
      <w:r w:rsidRPr="00865DF1">
        <w:rPr>
          <w:rFonts w:ascii="Times New Roman" w:hAnsi="Times New Roman" w:cs="Times New Roman"/>
          <w:sz w:val="26"/>
          <w:szCs w:val="26"/>
        </w:rPr>
        <w:t xml:space="preserve"> không ch</w:t>
      </w:r>
      <w:r w:rsidRPr="00865DF1">
        <w:rPr>
          <w:rFonts w:ascii="Times New Roman" w:hAnsi="Times New Roman" w:cs="Times New Roman"/>
          <w:sz w:val="26"/>
          <w:szCs w:val="26"/>
        </w:rPr>
        <w:t>ỉ</w:t>
      </w:r>
      <w:r w:rsidRPr="00865DF1">
        <w:rPr>
          <w:rFonts w:ascii="Times New Roman" w:hAnsi="Times New Roman" w:cs="Times New Roman"/>
          <w:sz w:val="26"/>
          <w:szCs w:val="26"/>
        </w:rPr>
        <w:t xml:space="preserve"> là m</w:t>
      </w:r>
      <w:r w:rsidRPr="00865DF1">
        <w:rPr>
          <w:rFonts w:ascii="Times New Roman" w:hAnsi="Times New Roman" w:cs="Times New Roman"/>
          <w:sz w:val="26"/>
          <w:szCs w:val="26"/>
        </w:rPr>
        <w:t>ộ</w:t>
      </w:r>
      <w:r w:rsidRPr="00865DF1">
        <w:rPr>
          <w:rFonts w:ascii="Times New Roman" w:hAnsi="Times New Roman" w:cs="Times New Roman"/>
          <w:sz w:val="26"/>
          <w:szCs w:val="26"/>
        </w:rPr>
        <w:t>t bu</w:t>
      </w:r>
      <w:r w:rsidRPr="00865DF1">
        <w:rPr>
          <w:rFonts w:ascii="Times New Roman" w:hAnsi="Times New Roman" w:cs="Times New Roman"/>
          <w:sz w:val="26"/>
          <w:szCs w:val="26"/>
        </w:rPr>
        <w:t>ổ</w:t>
      </w:r>
      <w:r w:rsidRPr="00865DF1">
        <w:rPr>
          <w:rFonts w:ascii="Times New Roman" w:hAnsi="Times New Roman" w:cs="Times New Roman"/>
          <w:sz w:val="26"/>
          <w:szCs w:val="26"/>
        </w:rPr>
        <w:t>i đ</w:t>
      </w:r>
      <w:r w:rsidRPr="00865DF1">
        <w:rPr>
          <w:rFonts w:ascii="Times New Roman" w:hAnsi="Times New Roman" w:cs="Times New Roman"/>
          <w:sz w:val="26"/>
          <w:szCs w:val="26"/>
        </w:rPr>
        <w:t>ồ</w:t>
      </w:r>
      <w:r w:rsidRPr="00865DF1">
        <w:rPr>
          <w:rFonts w:ascii="Times New Roman" w:hAnsi="Times New Roman" w:cs="Times New Roman"/>
          <w:sz w:val="26"/>
          <w:szCs w:val="26"/>
        </w:rPr>
        <w:t>ng di</w:t>
      </w:r>
      <w:r w:rsidRPr="00865DF1">
        <w:rPr>
          <w:rFonts w:ascii="Times New Roman" w:hAnsi="Times New Roman" w:cs="Times New Roman"/>
          <w:sz w:val="26"/>
          <w:szCs w:val="26"/>
        </w:rPr>
        <w:t>ễ</w:t>
      </w:r>
      <w:r w:rsidRPr="00865DF1">
        <w:rPr>
          <w:rFonts w:ascii="Times New Roman" w:hAnsi="Times New Roman" w:cs="Times New Roman"/>
          <w:sz w:val="26"/>
          <w:szCs w:val="26"/>
        </w:rPr>
        <w:t>n, mà là c</w:t>
      </w:r>
      <w:r w:rsidRPr="00865DF1">
        <w:rPr>
          <w:rFonts w:ascii="Times New Roman" w:hAnsi="Times New Roman" w:cs="Times New Roman"/>
          <w:sz w:val="26"/>
          <w:szCs w:val="26"/>
        </w:rPr>
        <w:t>ả</w:t>
      </w:r>
      <w:r w:rsidRPr="00865DF1">
        <w:rPr>
          <w:rFonts w:ascii="Times New Roman" w:hAnsi="Times New Roman" w:cs="Times New Roman"/>
          <w:sz w:val="26"/>
          <w:szCs w:val="26"/>
        </w:rPr>
        <w:t>m giác đã t</w:t>
      </w:r>
      <w:r w:rsidRPr="00865DF1">
        <w:rPr>
          <w:rFonts w:ascii="Times New Roman" w:hAnsi="Times New Roman" w:cs="Times New Roman"/>
          <w:sz w:val="26"/>
          <w:szCs w:val="26"/>
        </w:rPr>
        <w:t>ừ</w:t>
      </w:r>
      <w:r w:rsidRPr="00865DF1">
        <w:rPr>
          <w:rFonts w:ascii="Times New Roman" w:hAnsi="Times New Roman" w:cs="Times New Roman"/>
          <w:sz w:val="26"/>
          <w:szCs w:val="26"/>
        </w:rPr>
        <w:t>ng đ</w:t>
      </w:r>
      <w:r w:rsidRPr="00865DF1">
        <w:rPr>
          <w:rFonts w:ascii="Times New Roman" w:hAnsi="Times New Roman" w:cs="Times New Roman"/>
          <w:sz w:val="26"/>
          <w:szCs w:val="26"/>
        </w:rPr>
        <w:t>ứ</w:t>
      </w:r>
      <w:r w:rsidRPr="00865DF1">
        <w:rPr>
          <w:rFonts w:ascii="Times New Roman" w:hAnsi="Times New Roman" w:cs="Times New Roman"/>
          <w:sz w:val="26"/>
          <w:szCs w:val="26"/>
        </w:rPr>
        <w:t>ng gi</w:t>
      </w:r>
      <w:r w:rsidRPr="00865DF1">
        <w:rPr>
          <w:rFonts w:ascii="Times New Roman" w:hAnsi="Times New Roman" w:cs="Times New Roman"/>
          <w:sz w:val="26"/>
          <w:szCs w:val="26"/>
        </w:rPr>
        <w:t>ữ</w:t>
      </w:r>
      <w:r w:rsidRPr="00865DF1">
        <w:rPr>
          <w:rFonts w:ascii="Times New Roman" w:hAnsi="Times New Roman" w:cs="Times New Roman"/>
          <w:sz w:val="26"/>
          <w:szCs w:val="26"/>
        </w:rPr>
        <w:t xml:space="preserve">a </w:t>
      </w:r>
      <w:r w:rsidRPr="00865DF1">
        <w:rPr>
          <w:rFonts w:ascii="Times New Roman" w:hAnsi="Times New Roman" w:cs="Times New Roman"/>
          <w:sz w:val="26"/>
          <w:szCs w:val="26"/>
        </w:rPr>
        <w:t>sân trư</w:t>
      </w:r>
      <w:r w:rsidRPr="00865DF1">
        <w:rPr>
          <w:rFonts w:ascii="Times New Roman" w:hAnsi="Times New Roman" w:cs="Times New Roman"/>
          <w:sz w:val="26"/>
          <w:szCs w:val="26"/>
        </w:rPr>
        <w:t>ờ</w:t>
      </w:r>
      <w:r w:rsidRPr="00865DF1">
        <w:rPr>
          <w:rFonts w:ascii="Times New Roman" w:hAnsi="Times New Roman" w:cs="Times New Roman"/>
          <w:sz w:val="26"/>
          <w:szCs w:val="26"/>
        </w:rPr>
        <w:t xml:space="preserve">ng năm </w:t>
      </w:r>
      <w:r w:rsidRPr="00865DF1">
        <w:rPr>
          <w:rFonts w:ascii="Times New Roman" w:hAnsi="Times New Roman" w:cs="Times New Roman"/>
          <w:sz w:val="26"/>
          <w:szCs w:val="26"/>
        </w:rPr>
        <w:t>ấ</w:t>
      </w:r>
      <w:r w:rsidRPr="00865DF1">
        <w:rPr>
          <w:rFonts w:ascii="Times New Roman" w:hAnsi="Times New Roman" w:cs="Times New Roman"/>
          <w:sz w:val="26"/>
          <w:szCs w:val="26"/>
        </w:rPr>
        <w:t xml:space="preserve">y </w:t>
      </w:r>
      <w:r w:rsidR="00D77116">
        <w:rPr>
          <w:rFonts w:ascii="Times New Roman" w:hAnsi="Times New Roman" w:cs="Times New Roman"/>
          <w:sz w:val="26"/>
          <w:szCs w:val="26"/>
        </w:rPr>
        <w:t xml:space="preserve">- </w:t>
      </w:r>
      <w:r w:rsidRPr="00865DF1">
        <w:rPr>
          <w:rFonts w:ascii="Times New Roman" w:hAnsi="Times New Roman" w:cs="Times New Roman"/>
          <w:sz w:val="26"/>
          <w:szCs w:val="26"/>
        </w:rPr>
        <w:t>nơi tu</w:t>
      </w:r>
      <w:r w:rsidRPr="00865DF1">
        <w:rPr>
          <w:rFonts w:ascii="Times New Roman" w:hAnsi="Times New Roman" w:cs="Times New Roman"/>
          <w:sz w:val="26"/>
          <w:szCs w:val="26"/>
        </w:rPr>
        <w:t>ổ</w:t>
      </w:r>
      <w:r w:rsidRPr="00865DF1">
        <w:rPr>
          <w:rFonts w:ascii="Times New Roman" w:hAnsi="Times New Roman" w:cs="Times New Roman"/>
          <w:sz w:val="26"/>
          <w:szCs w:val="26"/>
        </w:rPr>
        <w:t>i tr</w:t>
      </w:r>
      <w:r w:rsidRPr="00865DF1">
        <w:rPr>
          <w:rFonts w:ascii="Times New Roman" w:hAnsi="Times New Roman" w:cs="Times New Roman"/>
          <w:sz w:val="26"/>
          <w:szCs w:val="26"/>
        </w:rPr>
        <w:t>ẻ</w:t>
      </w:r>
      <w:r w:rsidRPr="00865DF1">
        <w:rPr>
          <w:rFonts w:ascii="Times New Roman" w:hAnsi="Times New Roman" w:cs="Times New Roman"/>
          <w:sz w:val="26"/>
          <w:szCs w:val="26"/>
        </w:rPr>
        <w:t xml:space="preserve"> đư</w:t>
      </w:r>
      <w:r w:rsidRPr="00865DF1">
        <w:rPr>
          <w:rFonts w:ascii="Times New Roman" w:hAnsi="Times New Roman" w:cs="Times New Roman"/>
          <w:sz w:val="26"/>
          <w:szCs w:val="26"/>
        </w:rPr>
        <w:t>ợ</w:t>
      </w:r>
      <w:r w:rsidRPr="00865DF1">
        <w:rPr>
          <w:rFonts w:ascii="Times New Roman" w:hAnsi="Times New Roman" w:cs="Times New Roman"/>
          <w:sz w:val="26"/>
          <w:szCs w:val="26"/>
        </w:rPr>
        <w:t>c s</w:t>
      </w:r>
      <w:r w:rsidRPr="00865DF1">
        <w:rPr>
          <w:rFonts w:ascii="Times New Roman" w:hAnsi="Times New Roman" w:cs="Times New Roman"/>
          <w:sz w:val="26"/>
          <w:szCs w:val="26"/>
        </w:rPr>
        <w:t>ố</w:t>
      </w:r>
      <w:r w:rsidRPr="00865DF1">
        <w:rPr>
          <w:rFonts w:ascii="Times New Roman" w:hAnsi="Times New Roman" w:cs="Times New Roman"/>
          <w:sz w:val="26"/>
          <w:szCs w:val="26"/>
        </w:rPr>
        <w:t>ng h</w:t>
      </w:r>
      <w:r w:rsidRPr="00865DF1">
        <w:rPr>
          <w:rFonts w:ascii="Times New Roman" w:hAnsi="Times New Roman" w:cs="Times New Roman"/>
          <w:sz w:val="26"/>
          <w:szCs w:val="26"/>
        </w:rPr>
        <w:t>ế</w:t>
      </w:r>
      <w:r w:rsidRPr="00865DF1">
        <w:rPr>
          <w:rFonts w:ascii="Times New Roman" w:hAnsi="Times New Roman" w:cs="Times New Roman"/>
          <w:sz w:val="26"/>
          <w:szCs w:val="26"/>
        </w:rPr>
        <w:t xml:space="preserve">t mình, </w:t>
      </w:r>
      <w:r w:rsidR="00D77116">
        <w:rPr>
          <w:rFonts w:ascii="Times New Roman" w:hAnsi="Times New Roman" w:cs="Times New Roman"/>
          <w:sz w:val="26"/>
          <w:szCs w:val="26"/>
        </w:rPr>
        <w:t xml:space="preserve">được </w:t>
      </w:r>
      <w:r w:rsidRPr="00865DF1">
        <w:rPr>
          <w:rFonts w:ascii="Times New Roman" w:hAnsi="Times New Roman" w:cs="Times New Roman"/>
          <w:sz w:val="26"/>
          <w:szCs w:val="26"/>
        </w:rPr>
        <w:t xml:space="preserve">cùng nhau </w:t>
      </w:r>
      <w:r w:rsidRPr="00D77116">
        <w:rPr>
          <w:rFonts w:ascii="Times New Roman" w:hAnsi="Times New Roman" w:cs="Times New Roman"/>
          <w:spacing w:val="-4"/>
          <w:sz w:val="26"/>
          <w:szCs w:val="26"/>
        </w:rPr>
        <w:t>t</w:t>
      </w:r>
      <w:r w:rsidRPr="00D77116">
        <w:rPr>
          <w:rFonts w:ascii="Times New Roman" w:hAnsi="Times New Roman" w:cs="Times New Roman"/>
          <w:spacing w:val="-4"/>
          <w:sz w:val="26"/>
          <w:szCs w:val="26"/>
        </w:rPr>
        <w:t>ạ</w:t>
      </w:r>
      <w:r w:rsidRPr="00D77116">
        <w:rPr>
          <w:rFonts w:ascii="Times New Roman" w:hAnsi="Times New Roman" w:cs="Times New Roman"/>
          <w:spacing w:val="-4"/>
          <w:sz w:val="26"/>
          <w:szCs w:val="26"/>
        </w:rPr>
        <w:t>o nên m</w:t>
      </w:r>
      <w:r w:rsidRPr="00D77116">
        <w:rPr>
          <w:rFonts w:ascii="Times New Roman" w:hAnsi="Times New Roman" w:cs="Times New Roman"/>
          <w:spacing w:val="-4"/>
          <w:sz w:val="26"/>
          <w:szCs w:val="26"/>
        </w:rPr>
        <w:t>ộ</w:t>
      </w:r>
      <w:r w:rsidRPr="00D77116">
        <w:rPr>
          <w:rFonts w:ascii="Times New Roman" w:hAnsi="Times New Roman" w:cs="Times New Roman"/>
          <w:spacing w:val="-4"/>
          <w:sz w:val="26"/>
          <w:szCs w:val="26"/>
        </w:rPr>
        <w:t>t b</w:t>
      </w:r>
      <w:r w:rsidRPr="00D77116">
        <w:rPr>
          <w:rFonts w:ascii="Times New Roman" w:hAnsi="Times New Roman" w:cs="Times New Roman"/>
          <w:spacing w:val="-4"/>
          <w:sz w:val="26"/>
          <w:szCs w:val="26"/>
        </w:rPr>
        <w:t>ả</w:t>
      </w:r>
      <w:r w:rsidRPr="00D77116">
        <w:rPr>
          <w:rFonts w:ascii="Times New Roman" w:hAnsi="Times New Roman" w:cs="Times New Roman"/>
          <w:spacing w:val="-4"/>
          <w:sz w:val="26"/>
          <w:szCs w:val="26"/>
        </w:rPr>
        <w:t>n hòa ca r</w:t>
      </w:r>
      <w:r w:rsidRPr="00D77116">
        <w:rPr>
          <w:rFonts w:ascii="Times New Roman" w:hAnsi="Times New Roman" w:cs="Times New Roman"/>
          <w:spacing w:val="-4"/>
          <w:sz w:val="26"/>
          <w:szCs w:val="26"/>
        </w:rPr>
        <w:t>ự</w:t>
      </w:r>
      <w:r w:rsidRPr="00D77116">
        <w:rPr>
          <w:rFonts w:ascii="Times New Roman" w:hAnsi="Times New Roman" w:cs="Times New Roman"/>
          <w:spacing w:val="-4"/>
          <w:sz w:val="26"/>
          <w:szCs w:val="26"/>
        </w:rPr>
        <w:t>c r</w:t>
      </w:r>
      <w:r w:rsidRPr="00D77116">
        <w:rPr>
          <w:rFonts w:ascii="Times New Roman" w:hAnsi="Times New Roman" w:cs="Times New Roman"/>
          <w:spacing w:val="-4"/>
          <w:sz w:val="26"/>
          <w:szCs w:val="26"/>
        </w:rPr>
        <w:t>ỡ</w:t>
      </w:r>
      <w:r w:rsidR="00865DF1" w:rsidRPr="00D77116">
        <w:rPr>
          <w:rFonts w:ascii="Times New Roman" w:hAnsi="Times New Roman" w:cs="Times New Roman"/>
          <w:spacing w:val="-4"/>
          <w:sz w:val="26"/>
          <w:szCs w:val="26"/>
        </w:rPr>
        <w:t xml:space="preserve"> của</w:t>
      </w:r>
      <w:r w:rsidRPr="00D77116">
        <w:rPr>
          <w:rFonts w:ascii="Times New Roman" w:hAnsi="Times New Roman" w:cs="Times New Roman"/>
          <w:spacing w:val="-4"/>
          <w:sz w:val="26"/>
          <w:szCs w:val="26"/>
        </w:rPr>
        <w:t xml:space="preserve"> tu</w:t>
      </w:r>
      <w:r w:rsidRPr="00D77116">
        <w:rPr>
          <w:rFonts w:ascii="Times New Roman" w:hAnsi="Times New Roman" w:cs="Times New Roman"/>
          <w:spacing w:val="-4"/>
          <w:sz w:val="26"/>
          <w:szCs w:val="26"/>
        </w:rPr>
        <w:t>ổ</w:t>
      </w:r>
      <w:r w:rsidRPr="00D77116">
        <w:rPr>
          <w:rFonts w:ascii="Times New Roman" w:hAnsi="Times New Roman" w:cs="Times New Roman"/>
          <w:spacing w:val="-4"/>
          <w:sz w:val="26"/>
          <w:szCs w:val="26"/>
        </w:rPr>
        <w:t>i tr</w:t>
      </w:r>
      <w:r w:rsidRPr="00D77116">
        <w:rPr>
          <w:rFonts w:ascii="Times New Roman" w:hAnsi="Times New Roman" w:cs="Times New Roman"/>
          <w:spacing w:val="-4"/>
          <w:sz w:val="26"/>
          <w:szCs w:val="26"/>
        </w:rPr>
        <w:t>ẻ</w:t>
      </w:r>
      <w:r w:rsidRPr="00D77116">
        <w:rPr>
          <w:rFonts w:ascii="Times New Roman" w:hAnsi="Times New Roman" w:cs="Times New Roman"/>
          <w:spacing w:val="-4"/>
          <w:sz w:val="26"/>
          <w:szCs w:val="26"/>
        </w:rPr>
        <w:t xml:space="preserve"> đ</w:t>
      </w:r>
      <w:r w:rsidRPr="00D77116">
        <w:rPr>
          <w:rFonts w:ascii="Times New Roman" w:hAnsi="Times New Roman" w:cs="Times New Roman"/>
          <w:spacing w:val="-4"/>
          <w:sz w:val="26"/>
          <w:szCs w:val="26"/>
        </w:rPr>
        <w:t>ầ</w:t>
      </w:r>
      <w:r w:rsidRPr="00D77116">
        <w:rPr>
          <w:rFonts w:ascii="Times New Roman" w:hAnsi="Times New Roman" w:cs="Times New Roman"/>
          <w:spacing w:val="-4"/>
          <w:sz w:val="26"/>
          <w:szCs w:val="26"/>
        </w:rPr>
        <w:t>y nhi</w:t>
      </w:r>
      <w:r w:rsidRPr="00D77116">
        <w:rPr>
          <w:rFonts w:ascii="Times New Roman" w:hAnsi="Times New Roman" w:cs="Times New Roman"/>
          <w:spacing w:val="-4"/>
          <w:sz w:val="26"/>
          <w:szCs w:val="26"/>
        </w:rPr>
        <w:t>ệ</w:t>
      </w:r>
      <w:r w:rsidRPr="00D77116">
        <w:rPr>
          <w:rFonts w:ascii="Times New Roman" w:hAnsi="Times New Roman" w:cs="Times New Roman"/>
          <w:spacing w:val="-4"/>
          <w:sz w:val="26"/>
          <w:szCs w:val="26"/>
        </w:rPr>
        <w:t>t huy</w:t>
      </w:r>
      <w:r w:rsidRPr="00D77116">
        <w:rPr>
          <w:rFonts w:ascii="Times New Roman" w:hAnsi="Times New Roman" w:cs="Times New Roman"/>
          <w:spacing w:val="-4"/>
          <w:sz w:val="26"/>
          <w:szCs w:val="26"/>
        </w:rPr>
        <w:t>ế</w:t>
      </w:r>
      <w:r w:rsidRPr="00D77116">
        <w:rPr>
          <w:rFonts w:ascii="Times New Roman" w:hAnsi="Times New Roman" w:cs="Times New Roman"/>
          <w:spacing w:val="-4"/>
          <w:sz w:val="26"/>
          <w:szCs w:val="26"/>
        </w:rPr>
        <w:t>t,</w:t>
      </w:r>
      <w:r w:rsidR="00865DF1" w:rsidRPr="00D77116">
        <w:rPr>
          <w:rFonts w:ascii="Times New Roman" w:hAnsi="Times New Roman" w:cs="Times New Roman"/>
          <w:spacing w:val="-4"/>
          <w:sz w:val="26"/>
          <w:szCs w:val="26"/>
        </w:rPr>
        <w:t xml:space="preserve"> </w:t>
      </w:r>
      <w:r w:rsidRPr="00D77116">
        <w:rPr>
          <w:rFonts w:ascii="Times New Roman" w:hAnsi="Times New Roman" w:cs="Times New Roman"/>
          <w:spacing w:val="-4"/>
          <w:sz w:val="26"/>
          <w:szCs w:val="26"/>
        </w:rPr>
        <w:t>ư</w:t>
      </w:r>
      <w:r w:rsidRPr="00D77116">
        <w:rPr>
          <w:rFonts w:ascii="Times New Roman" w:hAnsi="Times New Roman" w:cs="Times New Roman"/>
          <w:spacing w:val="-4"/>
          <w:sz w:val="26"/>
          <w:szCs w:val="26"/>
        </w:rPr>
        <w:t>ớ</w:t>
      </w:r>
      <w:r w:rsidRPr="00D77116">
        <w:rPr>
          <w:rFonts w:ascii="Times New Roman" w:hAnsi="Times New Roman" w:cs="Times New Roman"/>
          <w:spacing w:val="-4"/>
          <w:sz w:val="26"/>
          <w:szCs w:val="26"/>
        </w:rPr>
        <w:t>c mơ và không ng</w:t>
      </w:r>
      <w:r w:rsidRPr="00D77116">
        <w:rPr>
          <w:rFonts w:ascii="Times New Roman" w:hAnsi="Times New Roman" w:cs="Times New Roman"/>
          <w:spacing w:val="-4"/>
          <w:sz w:val="26"/>
          <w:szCs w:val="26"/>
        </w:rPr>
        <w:t>ừ</w:t>
      </w:r>
      <w:r w:rsidRPr="00D77116">
        <w:rPr>
          <w:rFonts w:ascii="Times New Roman" w:hAnsi="Times New Roman" w:cs="Times New Roman"/>
          <w:spacing w:val="-4"/>
          <w:sz w:val="26"/>
          <w:szCs w:val="26"/>
        </w:rPr>
        <w:t>ng vươn lên.</w:t>
      </w:r>
    </w:p>
    <w:p w14:paraId="48CDE417" w14:textId="3D9173DD" w:rsidR="00AC1FF6" w:rsidRPr="00865DF1" w:rsidRDefault="00923DD3" w:rsidP="00865DF1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865DF1">
        <w:rPr>
          <w:rFonts w:ascii="Times New Roman" w:hAnsi="Times New Roman" w:cs="Times New Roman"/>
          <w:sz w:val="26"/>
          <w:szCs w:val="26"/>
        </w:rPr>
        <w:br/>
      </w:r>
    </w:p>
    <w:sectPr w:rsidR="00AC1FF6" w:rsidRPr="00865DF1" w:rsidSect="00F74000">
      <w:pgSz w:w="11907" w:h="16840" w:code="9"/>
      <w:pgMar w:top="1134" w:right="1134" w:bottom="1134" w:left="141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9"/>
  <w:proofState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1831E9"/>
    <w:rsid w:val="0029639D"/>
    <w:rsid w:val="00326F90"/>
    <w:rsid w:val="00432636"/>
    <w:rsid w:val="00435C66"/>
    <w:rsid w:val="00484FA5"/>
    <w:rsid w:val="007F79A8"/>
    <w:rsid w:val="00865DF1"/>
    <w:rsid w:val="00923DD3"/>
    <w:rsid w:val="00AA1D8D"/>
    <w:rsid w:val="00AC1FF6"/>
    <w:rsid w:val="00B47730"/>
    <w:rsid w:val="00CB0664"/>
    <w:rsid w:val="00CD46FB"/>
    <w:rsid w:val="00D26BE4"/>
    <w:rsid w:val="00D77116"/>
    <w:rsid w:val="00EF5939"/>
    <w:rsid w:val="00F74000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791E1B94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923D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23DD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923D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23DD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ADD31636-8B76-471B-B28A-6230246204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</TotalTime>
  <Pages>5</Pages>
  <Words>851</Words>
  <Characters>4854</Characters>
  <Application>Microsoft Office Word</Application>
  <DocSecurity>0</DocSecurity>
  <Lines>40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5694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>KTC</cp:lastModifiedBy>
  <cp:revision>5</cp:revision>
  <dcterms:created xsi:type="dcterms:W3CDTF">2026-03-31T08:13:00Z</dcterms:created>
  <dcterms:modified xsi:type="dcterms:W3CDTF">2026-04-02T02:01:00Z</dcterms:modified>
  <cp:category/>
</cp:coreProperties>
</file>